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5F693" w14:textId="77777777" w:rsidR="0060550C" w:rsidRPr="00E564F5" w:rsidRDefault="00AB7E0E">
      <w:pPr>
        <w:jc w:val="center"/>
        <w:rPr>
          <w:lang w:val="de-DE"/>
        </w:rPr>
      </w:pPr>
      <w:r w:rsidRPr="00E564F5">
        <w:rPr>
          <w:b/>
          <w:sz w:val="36"/>
          <w:lang w:val="de-DE"/>
        </w:rPr>
        <w:t>ANMELDUNG · ESELZEIT 2027</w:t>
      </w:r>
    </w:p>
    <w:p w14:paraId="5E412D2F" w14:textId="77777777" w:rsidR="0060550C" w:rsidRPr="00E564F5" w:rsidRDefault="00AB7E0E">
      <w:pPr>
        <w:jc w:val="center"/>
        <w:rPr>
          <w:sz w:val="22"/>
          <w:lang w:val="de-DE"/>
        </w:rPr>
      </w:pPr>
      <w:r w:rsidRPr="00E564F5">
        <w:rPr>
          <w:i/>
          <w:sz w:val="22"/>
          <w:lang w:val="de-DE"/>
        </w:rPr>
        <w:t>Begegnungswochenenden für Kinder/Jugendliche und ihre Familien</w:t>
      </w:r>
    </w:p>
    <w:p w14:paraId="056F3E5E" w14:textId="77777777" w:rsidR="0060550C" w:rsidRPr="00E564F5" w:rsidRDefault="00AB7E0E">
      <w:pPr>
        <w:rPr>
          <w:sz w:val="22"/>
          <w:lang w:val="de-DE"/>
        </w:rPr>
      </w:pPr>
      <w:r w:rsidRPr="00E564F5">
        <w:rPr>
          <w:sz w:val="22"/>
          <w:lang w:val="de-DE"/>
        </w:rPr>
        <w:t xml:space="preserve">Bitte kreuzen Sie die gewünschten Termine an und füllen Sie für jedes teilnehmende Kind/Jugendliche sowie für jede Begleitperson einen eigenen </w:t>
      </w:r>
      <w:r w:rsidRPr="00E564F5">
        <w:rPr>
          <w:sz w:val="22"/>
          <w:lang w:val="de-DE"/>
        </w:rPr>
        <w:t>Personenbogen aus. Bei mehreren Kindern (z. B. Geschwisterkindern) kopieren Sie bitte den Personenbogen. Angaben zu Gesundheit und Diagnose bitte nur machen, soweit sie für die sichere Teilnahme, Unterstützung oder Verpflegung erforderlich sind.</w:t>
      </w:r>
    </w:p>
    <w:p w14:paraId="17B84AE8" w14:textId="77777777" w:rsidR="0060550C" w:rsidRPr="00E564F5" w:rsidRDefault="00AB7E0E">
      <w:pPr>
        <w:spacing w:before="140"/>
        <w:rPr>
          <w:sz w:val="22"/>
        </w:rPr>
      </w:pPr>
      <w:r w:rsidRPr="00E564F5">
        <w:rPr>
          <w:b/>
          <w:sz w:val="22"/>
        </w:rPr>
        <w:t xml:space="preserve">1 · </w:t>
      </w:r>
      <w:proofErr w:type="spellStart"/>
      <w:r w:rsidRPr="00E564F5">
        <w:rPr>
          <w:b/>
          <w:sz w:val="22"/>
        </w:rPr>
        <w:t>Gewüns</w:t>
      </w:r>
      <w:r w:rsidRPr="00E564F5">
        <w:rPr>
          <w:b/>
          <w:sz w:val="22"/>
        </w:rPr>
        <w:t>chte</w:t>
      </w:r>
      <w:proofErr w:type="spellEnd"/>
      <w:r w:rsidRPr="00E564F5">
        <w:rPr>
          <w:b/>
          <w:sz w:val="22"/>
        </w:rPr>
        <w:t xml:space="preserve"> </w:t>
      </w:r>
      <w:proofErr w:type="spellStart"/>
      <w:r w:rsidRPr="00E564F5">
        <w:rPr>
          <w:b/>
          <w:sz w:val="22"/>
        </w:rPr>
        <w:t>Termine</w:t>
      </w:r>
      <w:proofErr w:type="spellEnd"/>
    </w:p>
    <w:tbl>
      <w:tblPr>
        <w:tblStyle w:val="Tabellenraster"/>
        <w:tblW w:w="5033" w:type="dxa"/>
        <w:tblLayout w:type="fixed"/>
        <w:tblLook w:val="04A0" w:firstRow="1" w:lastRow="0" w:firstColumn="1" w:lastColumn="0" w:noHBand="0" w:noVBand="1"/>
      </w:tblPr>
      <w:tblGrid>
        <w:gridCol w:w="3474"/>
        <w:gridCol w:w="1559"/>
      </w:tblGrid>
      <w:tr w:rsidR="0060550C" w:rsidRPr="00E564F5" w14:paraId="1C140CF4" w14:textId="77777777" w:rsidTr="00E564F5">
        <w:tc>
          <w:tcPr>
            <w:tcW w:w="3474" w:type="dxa"/>
            <w:shd w:val="clear" w:color="auto" w:fill="DCE6D5"/>
            <w:vAlign w:val="center"/>
          </w:tcPr>
          <w:p w14:paraId="141E66F3" w14:textId="77777777" w:rsidR="0060550C" w:rsidRPr="00E564F5" w:rsidRDefault="00AB7E0E" w:rsidP="00E564F5">
            <w:pPr>
              <w:spacing w:after="20"/>
              <w:jc w:val="both"/>
              <w:rPr>
                <w:sz w:val="22"/>
              </w:rPr>
            </w:pPr>
            <w:proofErr w:type="spellStart"/>
            <w:r w:rsidRPr="00E564F5">
              <w:rPr>
                <w:b/>
                <w:sz w:val="22"/>
              </w:rPr>
              <w:t>Termin</w:t>
            </w:r>
            <w:proofErr w:type="spellEnd"/>
          </w:p>
        </w:tc>
        <w:tc>
          <w:tcPr>
            <w:tcW w:w="1559" w:type="dxa"/>
            <w:shd w:val="clear" w:color="auto" w:fill="DCE6D5"/>
            <w:vAlign w:val="center"/>
          </w:tcPr>
          <w:p w14:paraId="6D602262" w14:textId="77777777" w:rsidR="0060550C" w:rsidRPr="00E564F5" w:rsidRDefault="00AB7E0E">
            <w:pPr>
              <w:spacing w:after="20"/>
              <w:rPr>
                <w:sz w:val="22"/>
              </w:rPr>
            </w:pPr>
            <w:r w:rsidRPr="00E564F5">
              <w:rPr>
                <w:b/>
                <w:sz w:val="22"/>
              </w:rPr>
              <w:t>Auswahl</w:t>
            </w:r>
          </w:p>
        </w:tc>
      </w:tr>
      <w:tr w:rsidR="0060550C" w:rsidRPr="00E564F5" w14:paraId="3FCFEF08" w14:textId="77777777" w:rsidTr="00E564F5">
        <w:tc>
          <w:tcPr>
            <w:tcW w:w="3474" w:type="dxa"/>
            <w:vAlign w:val="center"/>
          </w:tcPr>
          <w:p w14:paraId="4841B027" w14:textId="77777777" w:rsidR="0060550C" w:rsidRPr="00E564F5" w:rsidRDefault="00AB7E0E">
            <w:pPr>
              <w:spacing w:after="20"/>
              <w:rPr>
                <w:sz w:val="22"/>
              </w:rPr>
            </w:pPr>
            <w:r w:rsidRPr="00E564F5">
              <w:rPr>
                <w:sz w:val="22"/>
              </w:rPr>
              <w:t>22.–23. Mai 2027</w:t>
            </w:r>
          </w:p>
        </w:tc>
        <w:tc>
          <w:tcPr>
            <w:tcW w:w="1559" w:type="dxa"/>
            <w:vAlign w:val="center"/>
          </w:tcPr>
          <w:p w14:paraId="1B0F94E6" w14:textId="77777777" w:rsidR="0060550C" w:rsidRPr="00E564F5" w:rsidRDefault="00AB7E0E">
            <w:pPr>
              <w:spacing w:after="20"/>
              <w:rPr>
                <w:sz w:val="22"/>
              </w:rPr>
            </w:pPr>
            <w:r w:rsidRPr="00E564F5">
              <w:rPr>
                <w:sz w:val="22"/>
              </w:rPr>
              <w:t>☐</w:t>
            </w:r>
          </w:p>
        </w:tc>
      </w:tr>
      <w:tr w:rsidR="0060550C" w:rsidRPr="00E564F5" w14:paraId="6B9326C1" w14:textId="77777777" w:rsidTr="00E564F5">
        <w:tc>
          <w:tcPr>
            <w:tcW w:w="3474" w:type="dxa"/>
            <w:vAlign w:val="center"/>
          </w:tcPr>
          <w:p w14:paraId="2711D794" w14:textId="77777777" w:rsidR="0060550C" w:rsidRPr="00E564F5" w:rsidRDefault="00AB7E0E">
            <w:pPr>
              <w:spacing w:after="20"/>
              <w:rPr>
                <w:sz w:val="22"/>
              </w:rPr>
            </w:pPr>
            <w:r w:rsidRPr="00E564F5">
              <w:rPr>
                <w:sz w:val="22"/>
              </w:rPr>
              <w:t>10.–11. Juli 2027</w:t>
            </w:r>
          </w:p>
        </w:tc>
        <w:tc>
          <w:tcPr>
            <w:tcW w:w="1559" w:type="dxa"/>
            <w:vAlign w:val="center"/>
          </w:tcPr>
          <w:p w14:paraId="72882227" w14:textId="77777777" w:rsidR="0060550C" w:rsidRPr="00E564F5" w:rsidRDefault="00AB7E0E">
            <w:pPr>
              <w:spacing w:after="20"/>
              <w:rPr>
                <w:sz w:val="22"/>
              </w:rPr>
            </w:pPr>
            <w:r w:rsidRPr="00E564F5">
              <w:rPr>
                <w:sz w:val="22"/>
              </w:rPr>
              <w:t>☐</w:t>
            </w:r>
          </w:p>
        </w:tc>
      </w:tr>
      <w:tr w:rsidR="0060550C" w:rsidRPr="00E564F5" w14:paraId="6882BFE5" w14:textId="77777777" w:rsidTr="00E564F5">
        <w:tc>
          <w:tcPr>
            <w:tcW w:w="3474" w:type="dxa"/>
            <w:vAlign w:val="center"/>
          </w:tcPr>
          <w:p w14:paraId="0742AC3C" w14:textId="77777777" w:rsidR="0060550C" w:rsidRPr="00E564F5" w:rsidRDefault="00AB7E0E">
            <w:pPr>
              <w:spacing w:after="20"/>
              <w:rPr>
                <w:sz w:val="22"/>
              </w:rPr>
            </w:pPr>
            <w:r w:rsidRPr="00E564F5">
              <w:rPr>
                <w:sz w:val="22"/>
              </w:rPr>
              <w:t>11.–12. September 2027</w:t>
            </w:r>
          </w:p>
        </w:tc>
        <w:tc>
          <w:tcPr>
            <w:tcW w:w="1559" w:type="dxa"/>
            <w:vAlign w:val="center"/>
          </w:tcPr>
          <w:p w14:paraId="23D61F7D" w14:textId="77777777" w:rsidR="0060550C" w:rsidRPr="00E564F5" w:rsidRDefault="00AB7E0E">
            <w:pPr>
              <w:spacing w:after="20"/>
              <w:rPr>
                <w:sz w:val="22"/>
              </w:rPr>
            </w:pPr>
            <w:r w:rsidRPr="00E564F5">
              <w:rPr>
                <w:sz w:val="22"/>
              </w:rPr>
              <w:t>☐</w:t>
            </w:r>
          </w:p>
        </w:tc>
      </w:tr>
      <w:tr w:rsidR="0060550C" w:rsidRPr="00E564F5" w14:paraId="268BA2F4" w14:textId="77777777" w:rsidTr="00E564F5">
        <w:tc>
          <w:tcPr>
            <w:tcW w:w="3474" w:type="dxa"/>
            <w:vAlign w:val="center"/>
          </w:tcPr>
          <w:p w14:paraId="7B08AAF3" w14:textId="77777777" w:rsidR="0060550C" w:rsidRPr="00E564F5" w:rsidRDefault="00AB7E0E">
            <w:pPr>
              <w:spacing w:after="20"/>
              <w:rPr>
                <w:sz w:val="22"/>
              </w:rPr>
            </w:pPr>
            <w:r w:rsidRPr="00E564F5">
              <w:rPr>
                <w:sz w:val="22"/>
              </w:rPr>
              <w:t>9.–10. Oktober 2027</w:t>
            </w:r>
          </w:p>
        </w:tc>
        <w:tc>
          <w:tcPr>
            <w:tcW w:w="1559" w:type="dxa"/>
            <w:vAlign w:val="center"/>
          </w:tcPr>
          <w:p w14:paraId="169328A9" w14:textId="77777777" w:rsidR="0060550C" w:rsidRPr="00E564F5" w:rsidRDefault="00AB7E0E">
            <w:pPr>
              <w:spacing w:after="20"/>
              <w:rPr>
                <w:sz w:val="22"/>
              </w:rPr>
            </w:pPr>
            <w:r w:rsidRPr="00E564F5">
              <w:rPr>
                <w:sz w:val="22"/>
              </w:rPr>
              <w:t>☐</w:t>
            </w:r>
          </w:p>
        </w:tc>
      </w:tr>
    </w:tbl>
    <w:p w14:paraId="55F73006" w14:textId="77777777" w:rsidR="0060550C" w:rsidRPr="00E564F5" w:rsidRDefault="00AB7E0E">
      <w:pPr>
        <w:spacing w:before="140"/>
        <w:rPr>
          <w:sz w:val="22"/>
        </w:rPr>
      </w:pPr>
      <w:r w:rsidRPr="00E564F5">
        <w:rPr>
          <w:b/>
          <w:sz w:val="22"/>
        </w:rPr>
        <w:t xml:space="preserve">2 · </w:t>
      </w:r>
      <w:proofErr w:type="spellStart"/>
      <w:r w:rsidRPr="00E564F5">
        <w:rPr>
          <w:b/>
          <w:sz w:val="22"/>
        </w:rPr>
        <w:t>Kontaktperson</w:t>
      </w:r>
      <w:proofErr w:type="spellEnd"/>
      <w:r w:rsidRPr="00E564F5">
        <w:rPr>
          <w:b/>
          <w:sz w:val="22"/>
        </w:rPr>
        <w:t xml:space="preserve"> für die Anmeldung</w:t>
      </w:r>
    </w:p>
    <w:tbl>
      <w:tblPr>
        <w:tblStyle w:val="Tabellenraster"/>
        <w:tblW w:w="0" w:type="auto"/>
        <w:jc w:val="center"/>
        <w:tblLayout w:type="fixed"/>
        <w:tblLook w:val="04A0" w:firstRow="1" w:lastRow="0" w:firstColumn="1" w:lastColumn="0" w:noHBand="0" w:noVBand="1"/>
      </w:tblPr>
      <w:tblGrid>
        <w:gridCol w:w="5100"/>
        <w:gridCol w:w="5556"/>
      </w:tblGrid>
      <w:tr w:rsidR="0060550C" w:rsidRPr="00E564F5" w14:paraId="628122A5" w14:textId="77777777">
        <w:trPr>
          <w:jc w:val="center"/>
        </w:trPr>
        <w:tc>
          <w:tcPr>
            <w:tcW w:w="5100" w:type="dxa"/>
            <w:shd w:val="clear" w:color="auto" w:fill="DCE6D5"/>
            <w:vAlign w:val="center"/>
          </w:tcPr>
          <w:p w14:paraId="06FA37AA" w14:textId="77777777" w:rsidR="0060550C" w:rsidRPr="00E564F5" w:rsidRDefault="00AB7E0E">
            <w:pPr>
              <w:spacing w:after="20"/>
              <w:rPr>
                <w:sz w:val="22"/>
              </w:rPr>
            </w:pPr>
            <w:r w:rsidRPr="00E564F5">
              <w:rPr>
                <w:b/>
                <w:sz w:val="22"/>
              </w:rPr>
              <w:t>Angabe</w:t>
            </w:r>
          </w:p>
        </w:tc>
        <w:tc>
          <w:tcPr>
            <w:tcW w:w="5100" w:type="dxa"/>
            <w:shd w:val="clear" w:color="auto" w:fill="DCE6D5"/>
            <w:vAlign w:val="center"/>
          </w:tcPr>
          <w:p w14:paraId="4836344C" w14:textId="77777777" w:rsidR="0060550C" w:rsidRPr="00E564F5" w:rsidRDefault="00AB7E0E">
            <w:pPr>
              <w:spacing w:after="20"/>
              <w:rPr>
                <w:sz w:val="22"/>
              </w:rPr>
            </w:pPr>
            <w:r w:rsidRPr="00E564F5">
              <w:rPr>
                <w:b/>
                <w:sz w:val="22"/>
              </w:rPr>
              <w:t>Eintrag</w:t>
            </w:r>
          </w:p>
        </w:tc>
      </w:tr>
      <w:tr w:rsidR="0060550C" w:rsidRPr="00E564F5" w14:paraId="4F62BE17" w14:textId="77777777">
        <w:trPr>
          <w:jc w:val="center"/>
        </w:trPr>
        <w:tc>
          <w:tcPr>
            <w:tcW w:w="3515" w:type="dxa"/>
            <w:vAlign w:val="center"/>
          </w:tcPr>
          <w:p w14:paraId="0F1B0862" w14:textId="77777777" w:rsidR="0060550C" w:rsidRPr="00E564F5" w:rsidRDefault="00AB7E0E">
            <w:pPr>
              <w:spacing w:after="20"/>
              <w:rPr>
                <w:sz w:val="22"/>
              </w:rPr>
            </w:pPr>
            <w:r w:rsidRPr="00E564F5">
              <w:rPr>
                <w:sz w:val="22"/>
              </w:rPr>
              <w:t>Vorname und Nachname</w:t>
            </w:r>
          </w:p>
        </w:tc>
        <w:tc>
          <w:tcPr>
            <w:tcW w:w="5556" w:type="dxa"/>
            <w:vAlign w:val="center"/>
          </w:tcPr>
          <w:p w14:paraId="1B1D556C" w14:textId="77777777" w:rsidR="0060550C" w:rsidRPr="00E564F5" w:rsidRDefault="00AB7E0E">
            <w:pPr>
              <w:spacing w:after="20"/>
              <w:rPr>
                <w:sz w:val="22"/>
              </w:rPr>
            </w:pPr>
            <w:r w:rsidRPr="00E564F5">
              <w:rPr>
                <w:sz w:val="22"/>
              </w:rPr>
              <w:br/>
            </w:r>
          </w:p>
        </w:tc>
      </w:tr>
      <w:tr w:rsidR="0060550C" w:rsidRPr="00E564F5" w14:paraId="6BA7BEF2" w14:textId="77777777">
        <w:trPr>
          <w:jc w:val="center"/>
        </w:trPr>
        <w:tc>
          <w:tcPr>
            <w:tcW w:w="3515" w:type="dxa"/>
            <w:vAlign w:val="center"/>
          </w:tcPr>
          <w:p w14:paraId="1A23587E" w14:textId="77777777" w:rsidR="0060550C" w:rsidRPr="00E564F5" w:rsidRDefault="00AB7E0E">
            <w:pPr>
              <w:spacing w:after="20"/>
              <w:rPr>
                <w:sz w:val="22"/>
              </w:rPr>
            </w:pPr>
            <w:r w:rsidRPr="00E564F5">
              <w:rPr>
                <w:sz w:val="22"/>
              </w:rPr>
              <w:t>Straße, Hausnummer</w:t>
            </w:r>
          </w:p>
        </w:tc>
        <w:tc>
          <w:tcPr>
            <w:tcW w:w="5556" w:type="dxa"/>
            <w:vAlign w:val="center"/>
          </w:tcPr>
          <w:p w14:paraId="59068EF9" w14:textId="77777777" w:rsidR="0060550C" w:rsidRPr="00E564F5" w:rsidRDefault="00AB7E0E">
            <w:pPr>
              <w:spacing w:after="20"/>
              <w:rPr>
                <w:sz w:val="22"/>
              </w:rPr>
            </w:pPr>
            <w:r w:rsidRPr="00E564F5">
              <w:rPr>
                <w:sz w:val="22"/>
              </w:rPr>
              <w:br/>
            </w:r>
          </w:p>
        </w:tc>
      </w:tr>
      <w:tr w:rsidR="0060550C" w:rsidRPr="00E564F5" w14:paraId="51F5B96F" w14:textId="77777777">
        <w:trPr>
          <w:jc w:val="center"/>
        </w:trPr>
        <w:tc>
          <w:tcPr>
            <w:tcW w:w="3515" w:type="dxa"/>
            <w:vAlign w:val="center"/>
          </w:tcPr>
          <w:p w14:paraId="1D55379D" w14:textId="77777777" w:rsidR="0060550C" w:rsidRPr="00E564F5" w:rsidRDefault="00AB7E0E">
            <w:pPr>
              <w:spacing w:after="20"/>
              <w:rPr>
                <w:sz w:val="22"/>
              </w:rPr>
            </w:pPr>
            <w:r w:rsidRPr="00E564F5">
              <w:rPr>
                <w:sz w:val="22"/>
              </w:rPr>
              <w:t>PLZ, Wohnort</w:t>
            </w:r>
          </w:p>
        </w:tc>
        <w:tc>
          <w:tcPr>
            <w:tcW w:w="5556" w:type="dxa"/>
            <w:vAlign w:val="center"/>
          </w:tcPr>
          <w:p w14:paraId="69433283" w14:textId="77777777" w:rsidR="0060550C" w:rsidRPr="00E564F5" w:rsidRDefault="00AB7E0E">
            <w:pPr>
              <w:spacing w:after="20"/>
              <w:rPr>
                <w:sz w:val="22"/>
              </w:rPr>
            </w:pPr>
            <w:r w:rsidRPr="00E564F5">
              <w:rPr>
                <w:sz w:val="22"/>
              </w:rPr>
              <w:br/>
            </w:r>
          </w:p>
        </w:tc>
      </w:tr>
      <w:tr w:rsidR="0060550C" w:rsidRPr="00E564F5" w14:paraId="4B790CE3" w14:textId="77777777">
        <w:trPr>
          <w:jc w:val="center"/>
        </w:trPr>
        <w:tc>
          <w:tcPr>
            <w:tcW w:w="3515" w:type="dxa"/>
            <w:vAlign w:val="center"/>
          </w:tcPr>
          <w:p w14:paraId="5AD7BC1A" w14:textId="77777777" w:rsidR="0060550C" w:rsidRPr="00E564F5" w:rsidRDefault="00AB7E0E">
            <w:pPr>
              <w:spacing w:after="20"/>
              <w:rPr>
                <w:sz w:val="22"/>
              </w:rPr>
            </w:pPr>
            <w:r w:rsidRPr="00E564F5">
              <w:rPr>
                <w:sz w:val="22"/>
              </w:rPr>
              <w:t>Telefon</w:t>
            </w:r>
          </w:p>
        </w:tc>
        <w:tc>
          <w:tcPr>
            <w:tcW w:w="5556" w:type="dxa"/>
            <w:vAlign w:val="center"/>
          </w:tcPr>
          <w:p w14:paraId="2158170D" w14:textId="77777777" w:rsidR="0060550C" w:rsidRPr="00E564F5" w:rsidRDefault="00AB7E0E">
            <w:pPr>
              <w:spacing w:after="20"/>
              <w:rPr>
                <w:sz w:val="22"/>
              </w:rPr>
            </w:pPr>
            <w:r w:rsidRPr="00E564F5">
              <w:rPr>
                <w:sz w:val="22"/>
              </w:rPr>
              <w:br/>
            </w:r>
          </w:p>
        </w:tc>
      </w:tr>
      <w:tr w:rsidR="0060550C" w:rsidRPr="00E564F5" w14:paraId="3C03F94E" w14:textId="77777777">
        <w:trPr>
          <w:jc w:val="center"/>
        </w:trPr>
        <w:tc>
          <w:tcPr>
            <w:tcW w:w="3515" w:type="dxa"/>
            <w:vAlign w:val="center"/>
          </w:tcPr>
          <w:p w14:paraId="7DF03F05" w14:textId="77777777" w:rsidR="0060550C" w:rsidRPr="00E564F5" w:rsidRDefault="00AB7E0E">
            <w:pPr>
              <w:spacing w:after="20"/>
              <w:rPr>
                <w:sz w:val="22"/>
              </w:rPr>
            </w:pPr>
            <w:r w:rsidRPr="00E564F5">
              <w:rPr>
                <w:sz w:val="22"/>
              </w:rPr>
              <w:t>E-Mail</w:t>
            </w:r>
          </w:p>
        </w:tc>
        <w:tc>
          <w:tcPr>
            <w:tcW w:w="5556" w:type="dxa"/>
            <w:vAlign w:val="center"/>
          </w:tcPr>
          <w:p w14:paraId="04AEABDD" w14:textId="77777777" w:rsidR="0060550C" w:rsidRPr="00E564F5" w:rsidRDefault="00AB7E0E">
            <w:pPr>
              <w:spacing w:after="20"/>
              <w:rPr>
                <w:sz w:val="22"/>
              </w:rPr>
            </w:pPr>
            <w:r w:rsidRPr="00E564F5">
              <w:rPr>
                <w:sz w:val="22"/>
              </w:rPr>
              <w:br/>
            </w:r>
          </w:p>
        </w:tc>
      </w:tr>
      <w:tr w:rsidR="0060550C" w:rsidRPr="00E564F5" w14:paraId="230DFE9A" w14:textId="77777777">
        <w:trPr>
          <w:jc w:val="center"/>
        </w:trPr>
        <w:tc>
          <w:tcPr>
            <w:tcW w:w="3515" w:type="dxa"/>
            <w:vAlign w:val="center"/>
          </w:tcPr>
          <w:p w14:paraId="7F7FEBC4" w14:textId="77777777" w:rsidR="0060550C" w:rsidRPr="00E564F5" w:rsidRDefault="00AB7E0E">
            <w:pPr>
              <w:spacing w:after="20"/>
              <w:rPr>
                <w:sz w:val="22"/>
                <w:lang w:val="de-DE"/>
              </w:rPr>
            </w:pPr>
            <w:r w:rsidRPr="00E564F5">
              <w:rPr>
                <w:sz w:val="22"/>
                <w:lang w:val="de-DE"/>
              </w:rPr>
              <w:t>Beziehung zu den teilnehmenden Kindern</w:t>
            </w:r>
          </w:p>
        </w:tc>
        <w:tc>
          <w:tcPr>
            <w:tcW w:w="5556" w:type="dxa"/>
            <w:vAlign w:val="center"/>
          </w:tcPr>
          <w:p w14:paraId="6984B483" w14:textId="77777777" w:rsidR="0060550C" w:rsidRPr="00E564F5" w:rsidRDefault="00AB7E0E">
            <w:pPr>
              <w:spacing w:after="20"/>
              <w:rPr>
                <w:sz w:val="22"/>
              </w:rPr>
            </w:pPr>
            <w:r w:rsidRPr="00E564F5">
              <w:rPr>
                <w:sz w:val="22"/>
              </w:rPr>
              <w:t>☐</w:t>
            </w:r>
            <w:r w:rsidRPr="00E564F5">
              <w:rPr>
                <w:sz w:val="22"/>
              </w:rPr>
              <w:t xml:space="preserve"> </w:t>
            </w:r>
            <w:proofErr w:type="gramStart"/>
            <w:r w:rsidRPr="00E564F5">
              <w:rPr>
                <w:sz w:val="22"/>
              </w:rPr>
              <w:t>Mutter  ☐</w:t>
            </w:r>
            <w:proofErr w:type="gramEnd"/>
            <w:r w:rsidRPr="00E564F5">
              <w:rPr>
                <w:sz w:val="22"/>
              </w:rPr>
              <w:t xml:space="preserve"> Vater  ☐ Vormund  ☐ Sonstiges: __________</w:t>
            </w:r>
          </w:p>
        </w:tc>
      </w:tr>
    </w:tbl>
    <w:p w14:paraId="6AED1AD5" w14:textId="77777777" w:rsidR="0060550C" w:rsidRPr="00E564F5" w:rsidRDefault="00AB7E0E">
      <w:pPr>
        <w:spacing w:before="140"/>
        <w:rPr>
          <w:lang w:val="de-DE"/>
        </w:rPr>
      </w:pPr>
      <w:r w:rsidRPr="00E564F5">
        <w:rPr>
          <w:b/>
          <w:sz w:val="24"/>
          <w:lang w:val="de-DE"/>
        </w:rPr>
        <w:t>3 · Personenbogen – bitte für jede Person einzeln ausfüllen</w:t>
      </w:r>
    </w:p>
    <w:p w14:paraId="252B42C2" w14:textId="77777777" w:rsidR="0060550C" w:rsidRPr="00E564F5" w:rsidRDefault="00AB7E0E">
      <w:pPr>
        <w:rPr>
          <w:sz w:val="22"/>
          <w:lang w:val="de-DE"/>
        </w:rPr>
      </w:pPr>
      <w:r w:rsidRPr="00E564F5">
        <w:rPr>
          <w:b/>
          <w:sz w:val="22"/>
          <w:lang w:val="de-DE"/>
        </w:rPr>
        <w:t xml:space="preserve">Person ist: </w:t>
      </w:r>
      <w:r w:rsidRPr="00E564F5">
        <w:rPr>
          <w:sz w:val="22"/>
          <w:lang w:val="de-DE"/>
        </w:rPr>
        <w:t>☐</w:t>
      </w:r>
      <w:r w:rsidRPr="00E564F5">
        <w:rPr>
          <w:sz w:val="22"/>
          <w:lang w:val="de-DE"/>
        </w:rPr>
        <w:t xml:space="preserve"> Kind/Jugendliche*</w:t>
      </w:r>
      <w:proofErr w:type="gramStart"/>
      <w:r w:rsidRPr="00E564F5">
        <w:rPr>
          <w:sz w:val="22"/>
          <w:lang w:val="de-DE"/>
        </w:rPr>
        <w:t>r  ☐</w:t>
      </w:r>
      <w:proofErr w:type="gramEnd"/>
      <w:r w:rsidRPr="00E564F5">
        <w:rPr>
          <w:sz w:val="22"/>
          <w:lang w:val="de-DE"/>
        </w:rPr>
        <w:t xml:space="preserve"> Geschwisterkind  ☐ Begleitperson  ☐ weitere erwachsene Person</w:t>
      </w:r>
    </w:p>
    <w:tbl>
      <w:tblPr>
        <w:tblStyle w:val="Tabellenraster"/>
        <w:tblW w:w="10656" w:type="dxa"/>
        <w:jc w:val="center"/>
        <w:tblLayout w:type="fixed"/>
        <w:tblLook w:val="04A0" w:firstRow="1" w:lastRow="0" w:firstColumn="1" w:lastColumn="0" w:noHBand="0" w:noVBand="1"/>
      </w:tblPr>
      <w:tblGrid>
        <w:gridCol w:w="5100"/>
        <w:gridCol w:w="5556"/>
      </w:tblGrid>
      <w:tr w:rsidR="0060550C" w:rsidRPr="00E564F5" w14:paraId="607FB8CF" w14:textId="77777777" w:rsidTr="00E564F5">
        <w:trPr>
          <w:jc w:val="center"/>
        </w:trPr>
        <w:tc>
          <w:tcPr>
            <w:tcW w:w="5100" w:type="dxa"/>
            <w:shd w:val="clear" w:color="auto" w:fill="DCE6D5"/>
            <w:vAlign w:val="center"/>
          </w:tcPr>
          <w:p w14:paraId="07ACDD2E" w14:textId="77777777" w:rsidR="0060550C" w:rsidRPr="00E564F5" w:rsidRDefault="00AB7E0E">
            <w:pPr>
              <w:spacing w:after="20"/>
              <w:rPr>
                <w:sz w:val="22"/>
              </w:rPr>
            </w:pPr>
            <w:proofErr w:type="spellStart"/>
            <w:r w:rsidRPr="00E564F5">
              <w:rPr>
                <w:b/>
                <w:sz w:val="22"/>
              </w:rPr>
              <w:t>Anga</w:t>
            </w:r>
            <w:r w:rsidRPr="00E564F5">
              <w:rPr>
                <w:b/>
                <w:sz w:val="22"/>
              </w:rPr>
              <w:t>be</w:t>
            </w:r>
            <w:proofErr w:type="spellEnd"/>
          </w:p>
        </w:tc>
        <w:tc>
          <w:tcPr>
            <w:tcW w:w="5556" w:type="dxa"/>
            <w:shd w:val="clear" w:color="auto" w:fill="DCE6D5"/>
            <w:vAlign w:val="center"/>
          </w:tcPr>
          <w:p w14:paraId="0DADD2E1" w14:textId="77777777" w:rsidR="0060550C" w:rsidRPr="00E564F5" w:rsidRDefault="00AB7E0E">
            <w:pPr>
              <w:spacing w:after="20"/>
              <w:rPr>
                <w:sz w:val="22"/>
              </w:rPr>
            </w:pPr>
            <w:r w:rsidRPr="00E564F5">
              <w:rPr>
                <w:b/>
                <w:sz w:val="22"/>
              </w:rPr>
              <w:t>Eintrag</w:t>
            </w:r>
          </w:p>
        </w:tc>
      </w:tr>
      <w:tr w:rsidR="0060550C" w:rsidRPr="00E564F5" w14:paraId="0CE2C769" w14:textId="77777777" w:rsidTr="00E564F5">
        <w:trPr>
          <w:jc w:val="center"/>
        </w:trPr>
        <w:tc>
          <w:tcPr>
            <w:tcW w:w="5100" w:type="dxa"/>
            <w:vAlign w:val="center"/>
          </w:tcPr>
          <w:p w14:paraId="1EE1CA72" w14:textId="77777777" w:rsidR="0060550C" w:rsidRPr="00E564F5" w:rsidRDefault="00AB7E0E">
            <w:pPr>
              <w:spacing w:after="20"/>
              <w:rPr>
                <w:sz w:val="22"/>
              </w:rPr>
            </w:pPr>
            <w:r w:rsidRPr="00E564F5">
              <w:rPr>
                <w:sz w:val="22"/>
              </w:rPr>
              <w:t>Vorname und Nachname</w:t>
            </w:r>
          </w:p>
        </w:tc>
        <w:tc>
          <w:tcPr>
            <w:tcW w:w="5556" w:type="dxa"/>
            <w:vAlign w:val="center"/>
          </w:tcPr>
          <w:p w14:paraId="57204ACF" w14:textId="77777777" w:rsidR="0060550C" w:rsidRPr="00E564F5" w:rsidRDefault="00AB7E0E">
            <w:pPr>
              <w:spacing w:after="20"/>
              <w:rPr>
                <w:sz w:val="22"/>
              </w:rPr>
            </w:pPr>
            <w:r w:rsidRPr="00E564F5">
              <w:rPr>
                <w:sz w:val="22"/>
              </w:rPr>
              <w:br/>
            </w:r>
          </w:p>
        </w:tc>
      </w:tr>
      <w:tr w:rsidR="0060550C" w:rsidRPr="00E564F5" w14:paraId="68FF722E" w14:textId="77777777" w:rsidTr="00E564F5">
        <w:trPr>
          <w:jc w:val="center"/>
        </w:trPr>
        <w:tc>
          <w:tcPr>
            <w:tcW w:w="5100" w:type="dxa"/>
            <w:vAlign w:val="center"/>
          </w:tcPr>
          <w:p w14:paraId="7308C34F" w14:textId="77777777" w:rsidR="0060550C" w:rsidRPr="00E564F5" w:rsidRDefault="00AB7E0E">
            <w:pPr>
              <w:spacing w:after="20"/>
              <w:rPr>
                <w:sz w:val="22"/>
              </w:rPr>
            </w:pPr>
            <w:r w:rsidRPr="00E564F5">
              <w:rPr>
                <w:sz w:val="22"/>
              </w:rPr>
              <w:t>Geburtsdatum</w:t>
            </w:r>
          </w:p>
        </w:tc>
        <w:tc>
          <w:tcPr>
            <w:tcW w:w="5556" w:type="dxa"/>
            <w:vAlign w:val="center"/>
          </w:tcPr>
          <w:p w14:paraId="3239A86F" w14:textId="77777777" w:rsidR="0060550C" w:rsidRPr="00E564F5" w:rsidRDefault="00AB7E0E">
            <w:pPr>
              <w:spacing w:after="20"/>
              <w:rPr>
                <w:sz w:val="22"/>
              </w:rPr>
            </w:pPr>
            <w:r w:rsidRPr="00E564F5">
              <w:rPr>
                <w:sz w:val="22"/>
              </w:rPr>
              <w:br/>
            </w:r>
          </w:p>
        </w:tc>
      </w:tr>
      <w:tr w:rsidR="0060550C" w:rsidRPr="00E564F5" w14:paraId="517E6FC1" w14:textId="77777777" w:rsidTr="00E564F5">
        <w:trPr>
          <w:jc w:val="center"/>
        </w:trPr>
        <w:tc>
          <w:tcPr>
            <w:tcW w:w="5100" w:type="dxa"/>
            <w:vAlign w:val="center"/>
          </w:tcPr>
          <w:p w14:paraId="2ACC2FF8" w14:textId="77777777" w:rsidR="0060550C" w:rsidRPr="00E564F5" w:rsidRDefault="00AB7E0E">
            <w:pPr>
              <w:spacing w:after="20"/>
              <w:rPr>
                <w:sz w:val="22"/>
                <w:lang w:val="de-DE"/>
              </w:rPr>
            </w:pPr>
            <w:r w:rsidRPr="00E564F5">
              <w:rPr>
                <w:sz w:val="22"/>
                <w:lang w:val="de-DE"/>
              </w:rPr>
              <w:t>Anschrift (falls abweichend von Kontaktperson)</w:t>
            </w:r>
          </w:p>
        </w:tc>
        <w:tc>
          <w:tcPr>
            <w:tcW w:w="5556" w:type="dxa"/>
            <w:vAlign w:val="center"/>
          </w:tcPr>
          <w:p w14:paraId="76590E17" w14:textId="77777777" w:rsidR="0060550C" w:rsidRPr="00E564F5" w:rsidRDefault="00AB7E0E">
            <w:pPr>
              <w:spacing w:after="20"/>
              <w:rPr>
                <w:sz w:val="22"/>
                <w:lang w:val="de-DE"/>
              </w:rPr>
            </w:pPr>
            <w:r w:rsidRPr="00E564F5">
              <w:rPr>
                <w:sz w:val="22"/>
                <w:lang w:val="de-DE"/>
              </w:rPr>
              <w:br/>
            </w:r>
          </w:p>
        </w:tc>
      </w:tr>
      <w:tr w:rsidR="0060550C" w:rsidRPr="00E564F5" w14:paraId="4686EB6D" w14:textId="77777777" w:rsidTr="00E564F5">
        <w:trPr>
          <w:jc w:val="center"/>
        </w:trPr>
        <w:tc>
          <w:tcPr>
            <w:tcW w:w="5100" w:type="dxa"/>
            <w:vAlign w:val="center"/>
          </w:tcPr>
          <w:p w14:paraId="7A92326D" w14:textId="77777777" w:rsidR="0060550C" w:rsidRPr="00E564F5" w:rsidRDefault="00AB7E0E">
            <w:pPr>
              <w:spacing w:after="20"/>
              <w:rPr>
                <w:sz w:val="22"/>
                <w:lang w:val="de-DE"/>
              </w:rPr>
            </w:pPr>
            <w:r w:rsidRPr="00E564F5">
              <w:rPr>
                <w:sz w:val="22"/>
                <w:lang w:val="de-DE"/>
              </w:rPr>
              <w:t>Telefon / E-Mail (falls vorhanden)</w:t>
            </w:r>
          </w:p>
        </w:tc>
        <w:tc>
          <w:tcPr>
            <w:tcW w:w="5556" w:type="dxa"/>
            <w:vAlign w:val="center"/>
          </w:tcPr>
          <w:p w14:paraId="55A56E57" w14:textId="77777777" w:rsidR="0060550C" w:rsidRPr="00E564F5" w:rsidRDefault="00AB7E0E">
            <w:pPr>
              <w:spacing w:after="20"/>
              <w:rPr>
                <w:sz w:val="22"/>
                <w:lang w:val="de-DE"/>
              </w:rPr>
            </w:pPr>
            <w:r w:rsidRPr="00E564F5">
              <w:rPr>
                <w:sz w:val="22"/>
                <w:lang w:val="de-DE"/>
              </w:rPr>
              <w:br/>
            </w:r>
          </w:p>
        </w:tc>
      </w:tr>
      <w:tr w:rsidR="0060550C" w:rsidRPr="00E564F5" w14:paraId="3931BB7E" w14:textId="77777777" w:rsidTr="00E564F5">
        <w:trPr>
          <w:jc w:val="center"/>
        </w:trPr>
        <w:tc>
          <w:tcPr>
            <w:tcW w:w="5100" w:type="dxa"/>
            <w:vAlign w:val="center"/>
          </w:tcPr>
          <w:p w14:paraId="41029D0C" w14:textId="77777777" w:rsidR="0060550C" w:rsidRPr="00E564F5" w:rsidRDefault="00AB7E0E">
            <w:pPr>
              <w:spacing w:after="20"/>
              <w:rPr>
                <w:sz w:val="22"/>
              </w:rPr>
            </w:pPr>
            <w:proofErr w:type="spellStart"/>
            <w:r w:rsidRPr="00E564F5">
              <w:rPr>
                <w:sz w:val="22"/>
              </w:rPr>
              <w:t>Teilnahme</w:t>
            </w:r>
            <w:proofErr w:type="spellEnd"/>
          </w:p>
        </w:tc>
        <w:tc>
          <w:tcPr>
            <w:tcW w:w="5556" w:type="dxa"/>
            <w:vAlign w:val="center"/>
          </w:tcPr>
          <w:p w14:paraId="1C4FB725" w14:textId="77777777" w:rsidR="0060550C" w:rsidRPr="00E564F5" w:rsidRDefault="00AB7E0E">
            <w:pPr>
              <w:spacing w:after="20"/>
              <w:rPr>
                <w:sz w:val="22"/>
              </w:rPr>
            </w:pPr>
            <w:r w:rsidRPr="00E564F5">
              <w:rPr>
                <w:sz w:val="22"/>
              </w:rPr>
              <w:t>☐</w:t>
            </w:r>
            <w:r w:rsidRPr="00E564F5">
              <w:rPr>
                <w:sz w:val="22"/>
              </w:rPr>
              <w:t xml:space="preserve"> mit </w:t>
            </w:r>
            <w:proofErr w:type="gramStart"/>
            <w:r w:rsidRPr="00E564F5">
              <w:rPr>
                <w:sz w:val="22"/>
              </w:rPr>
              <w:t>Übernachtung  ☐</w:t>
            </w:r>
            <w:proofErr w:type="gramEnd"/>
            <w:r w:rsidRPr="00E564F5">
              <w:rPr>
                <w:sz w:val="22"/>
              </w:rPr>
              <w:t xml:space="preserve"> ohne Übernachtung</w:t>
            </w:r>
          </w:p>
        </w:tc>
      </w:tr>
      <w:tr w:rsidR="0060550C" w:rsidRPr="00E564F5" w14:paraId="53590972" w14:textId="77777777" w:rsidTr="00E564F5">
        <w:trPr>
          <w:jc w:val="center"/>
        </w:trPr>
        <w:tc>
          <w:tcPr>
            <w:tcW w:w="5100" w:type="dxa"/>
            <w:vAlign w:val="center"/>
          </w:tcPr>
          <w:p w14:paraId="43F29B54" w14:textId="77777777" w:rsidR="0060550C" w:rsidRPr="00E564F5" w:rsidRDefault="00AB7E0E">
            <w:pPr>
              <w:spacing w:after="20"/>
              <w:rPr>
                <w:sz w:val="22"/>
              </w:rPr>
            </w:pPr>
            <w:r w:rsidRPr="00E564F5">
              <w:rPr>
                <w:sz w:val="22"/>
              </w:rPr>
              <w:t>Ernährung</w:t>
            </w:r>
          </w:p>
        </w:tc>
        <w:tc>
          <w:tcPr>
            <w:tcW w:w="5556" w:type="dxa"/>
            <w:vAlign w:val="center"/>
          </w:tcPr>
          <w:p w14:paraId="4D3DB517" w14:textId="77777777" w:rsidR="0060550C" w:rsidRPr="00E564F5" w:rsidRDefault="00AB7E0E">
            <w:pPr>
              <w:spacing w:after="20"/>
              <w:rPr>
                <w:sz w:val="22"/>
                <w:lang w:val="de-DE"/>
              </w:rPr>
            </w:pPr>
            <w:r w:rsidRPr="00E564F5">
              <w:rPr>
                <w:sz w:val="22"/>
                <w:lang w:val="de-DE"/>
              </w:rPr>
              <w:t>☐</w:t>
            </w:r>
            <w:r w:rsidRPr="00E564F5">
              <w:rPr>
                <w:sz w:val="22"/>
                <w:lang w:val="de-DE"/>
              </w:rPr>
              <w:t xml:space="preserve"> keine </w:t>
            </w:r>
            <w:proofErr w:type="gramStart"/>
            <w:r w:rsidRPr="00E564F5">
              <w:rPr>
                <w:sz w:val="22"/>
                <w:lang w:val="de-DE"/>
              </w:rPr>
              <w:t>Besonderheiten  ☐</w:t>
            </w:r>
            <w:proofErr w:type="gramEnd"/>
            <w:r w:rsidRPr="00E564F5">
              <w:rPr>
                <w:sz w:val="22"/>
                <w:lang w:val="de-DE"/>
              </w:rPr>
              <w:t xml:space="preserve"> vegetarisch  ☐ vegan  ☐ </w:t>
            </w:r>
            <w:r w:rsidRPr="00E564F5">
              <w:rPr>
                <w:sz w:val="22"/>
                <w:lang w:val="de-DE"/>
              </w:rPr>
              <w:t>andere: __________</w:t>
            </w:r>
          </w:p>
        </w:tc>
      </w:tr>
      <w:tr w:rsidR="0060550C" w:rsidRPr="00E564F5" w14:paraId="1C87E371" w14:textId="77777777" w:rsidTr="00E564F5">
        <w:trPr>
          <w:jc w:val="center"/>
        </w:trPr>
        <w:tc>
          <w:tcPr>
            <w:tcW w:w="5100" w:type="dxa"/>
            <w:vAlign w:val="center"/>
          </w:tcPr>
          <w:p w14:paraId="19CC4F4E" w14:textId="77777777" w:rsidR="0060550C" w:rsidRPr="00E564F5" w:rsidRDefault="00AB7E0E">
            <w:pPr>
              <w:spacing w:after="20"/>
              <w:rPr>
                <w:sz w:val="22"/>
              </w:rPr>
            </w:pPr>
            <w:proofErr w:type="spellStart"/>
            <w:r w:rsidRPr="00E564F5">
              <w:rPr>
                <w:sz w:val="22"/>
              </w:rPr>
              <w:t>Allergien</w:t>
            </w:r>
            <w:proofErr w:type="spellEnd"/>
            <w:r w:rsidRPr="00E564F5">
              <w:rPr>
                <w:sz w:val="22"/>
              </w:rPr>
              <w:t xml:space="preserve"> / </w:t>
            </w:r>
            <w:proofErr w:type="spellStart"/>
            <w:r w:rsidRPr="00E564F5">
              <w:rPr>
                <w:sz w:val="22"/>
              </w:rPr>
              <w:t>Unverträglichkeiten</w:t>
            </w:r>
            <w:proofErr w:type="spellEnd"/>
            <w:r w:rsidRPr="00E564F5">
              <w:rPr>
                <w:sz w:val="22"/>
              </w:rPr>
              <w:t xml:space="preserve"> (</w:t>
            </w:r>
            <w:proofErr w:type="spellStart"/>
            <w:r w:rsidRPr="00E564F5">
              <w:rPr>
                <w:sz w:val="22"/>
              </w:rPr>
              <w:t>insb</w:t>
            </w:r>
            <w:proofErr w:type="spellEnd"/>
            <w:r w:rsidRPr="00E564F5">
              <w:rPr>
                <w:sz w:val="22"/>
              </w:rPr>
              <w:t>. Lebensmittel)</w:t>
            </w:r>
          </w:p>
        </w:tc>
        <w:tc>
          <w:tcPr>
            <w:tcW w:w="5556" w:type="dxa"/>
            <w:vAlign w:val="center"/>
          </w:tcPr>
          <w:p w14:paraId="4E0B2499" w14:textId="77777777" w:rsidR="0060550C" w:rsidRPr="00E564F5" w:rsidRDefault="00AB7E0E">
            <w:pPr>
              <w:spacing w:after="20"/>
              <w:rPr>
                <w:sz w:val="22"/>
              </w:rPr>
            </w:pPr>
            <w:r w:rsidRPr="00E564F5">
              <w:rPr>
                <w:sz w:val="22"/>
              </w:rPr>
              <w:br/>
            </w:r>
            <w:r w:rsidRPr="00E564F5">
              <w:rPr>
                <w:sz w:val="22"/>
              </w:rPr>
              <w:br/>
            </w:r>
          </w:p>
        </w:tc>
      </w:tr>
      <w:tr w:rsidR="0060550C" w:rsidRPr="00E564F5" w14:paraId="532A6A68" w14:textId="77777777" w:rsidTr="00E564F5">
        <w:trPr>
          <w:jc w:val="center"/>
        </w:trPr>
        <w:tc>
          <w:tcPr>
            <w:tcW w:w="5100" w:type="dxa"/>
            <w:vAlign w:val="center"/>
          </w:tcPr>
          <w:p w14:paraId="242D2212" w14:textId="77777777" w:rsidR="0060550C" w:rsidRPr="00E564F5" w:rsidRDefault="00AB7E0E">
            <w:pPr>
              <w:spacing w:after="20"/>
              <w:rPr>
                <w:sz w:val="22"/>
                <w:lang w:val="de-DE"/>
              </w:rPr>
            </w:pPr>
            <w:r w:rsidRPr="00E564F5">
              <w:rPr>
                <w:sz w:val="22"/>
                <w:lang w:val="de-DE"/>
              </w:rPr>
              <w:t>Diagnose / neurodivergente Besonderheit (nur soweit relevant)</w:t>
            </w:r>
          </w:p>
        </w:tc>
        <w:tc>
          <w:tcPr>
            <w:tcW w:w="5556" w:type="dxa"/>
            <w:vAlign w:val="center"/>
          </w:tcPr>
          <w:p w14:paraId="7280D2F8" w14:textId="77777777" w:rsidR="0060550C" w:rsidRPr="00E564F5" w:rsidRDefault="00AB7E0E">
            <w:pPr>
              <w:spacing w:after="20"/>
              <w:rPr>
                <w:sz w:val="22"/>
                <w:lang w:val="de-DE"/>
              </w:rPr>
            </w:pPr>
            <w:r w:rsidRPr="00E564F5">
              <w:rPr>
                <w:sz w:val="22"/>
                <w:lang w:val="de-DE"/>
              </w:rPr>
              <w:br/>
            </w:r>
            <w:r w:rsidRPr="00E564F5">
              <w:rPr>
                <w:sz w:val="22"/>
                <w:lang w:val="de-DE"/>
              </w:rPr>
              <w:br/>
            </w:r>
          </w:p>
        </w:tc>
      </w:tr>
      <w:tr w:rsidR="0060550C" w:rsidRPr="00E564F5" w14:paraId="466DF036" w14:textId="77777777" w:rsidTr="00E564F5">
        <w:trPr>
          <w:jc w:val="center"/>
        </w:trPr>
        <w:tc>
          <w:tcPr>
            <w:tcW w:w="5100" w:type="dxa"/>
            <w:vAlign w:val="center"/>
          </w:tcPr>
          <w:p w14:paraId="1D40EA6E" w14:textId="77777777" w:rsidR="0060550C" w:rsidRPr="00E564F5" w:rsidRDefault="00AB7E0E">
            <w:pPr>
              <w:spacing w:after="20"/>
              <w:rPr>
                <w:sz w:val="22"/>
              </w:rPr>
            </w:pPr>
            <w:proofErr w:type="spellStart"/>
            <w:r w:rsidRPr="00E564F5">
              <w:rPr>
                <w:sz w:val="22"/>
              </w:rPr>
              <w:t>Körperliche</w:t>
            </w:r>
            <w:proofErr w:type="spellEnd"/>
            <w:r w:rsidRPr="00E564F5">
              <w:rPr>
                <w:sz w:val="22"/>
              </w:rPr>
              <w:t xml:space="preserve"> </w:t>
            </w:r>
            <w:proofErr w:type="spellStart"/>
            <w:r w:rsidRPr="00E564F5">
              <w:rPr>
                <w:sz w:val="22"/>
              </w:rPr>
              <w:t>Einschränkungen</w:t>
            </w:r>
            <w:proofErr w:type="spellEnd"/>
            <w:r w:rsidRPr="00E564F5">
              <w:rPr>
                <w:sz w:val="22"/>
              </w:rPr>
              <w:t xml:space="preserve"> / </w:t>
            </w:r>
            <w:proofErr w:type="spellStart"/>
            <w:r w:rsidRPr="00E564F5">
              <w:rPr>
                <w:sz w:val="22"/>
              </w:rPr>
              <w:t>Mobilitätsbedarf</w:t>
            </w:r>
            <w:proofErr w:type="spellEnd"/>
          </w:p>
        </w:tc>
        <w:tc>
          <w:tcPr>
            <w:tcW w:w="5556" w:type="dxa"/>
            <w:vAlign w:val="center"/>
          </w:tcPr>
          <w:p w14:paraId="5E6E3ED9" w14:textId="77777777" w:rsidR="0060550C" w:rsidRPr="00E564F5" w:rsidRDefault="00AB7E0E">
            <w:pPr>
              <w:spacing w:after="20"/>
              <w:rPr>
                <w:sz w:val="22"/>
              </w:rPr>
            </w:pPr>
            <w:r w:rsidRPr="00E564F5">
              <w:rPr>
                <w:sz w:val="22"/>
              </w:rPr>
              <w:br/>
            </w:r>
            <w:r w:rsidRPr="00E564F5">
              <w:rPr>
                <w:sz w:val="22"/>
              </w:rPr>
              <w:lastRenderedPageBreak/>
              <w:br/>
            </w:r>
          </w:p>
        </w:tc>
      </w:tr>
      <w:tr w:rsidR="0060550C" w:rsidRPr="00E564F5" w14:paraId="16A55231" w14:textId="77777777" w:rsidTr="00E564F5">
        <w:trPr>
          <w:jc w:val="center"/>
        </w:trPr>
        <w:tc>
          <w:tcPr>
            <w:tcW w:w="5100" w:type="dxa"/>
            <w:vAlign w:val="center"/>
          </w:tcPr>
          <w:p w14:paraId="02A5183E" w14:textId="77777777" w:rsidR="0060550C" w:rsidRPr="00E564F5" w:rsidRDefault="00AB7E0E">
            <w:pPr>
              <w:spacing w:after="20"/>
              <w:rPr>
                <w:sz w:val="22"/>
              </w:rPr>
            </w:pPr>
            <w:r w:rsidRPr="00E564F5">
              <w:rPr>
                <w:sz w:val="22"/>
              </w:rPr>
              <w:lastRenderedPageBreak/>
              <w:t>Kommunikation, Reizempfindlichkeiten oder Unterstützungsbedarf</w:t>
            </w:r>
          </w:p>
        </w:tc>
        <w:tc>
          <w:tcPr>
            <w:tcW w:w="5556" w:type="dxa"/>
            <w:vAlign w:val="center"/>
          </w:tcPr>
          <w:p w14:paraId="129FC716" w14:textId="77777777" w:rsidR="0060550C" w:rsidRPr="00E564F5" w:rsidRDefault="00AB7E0E">
            <w:pPr>
              <w:spacing w:after="20"/>
              <w:rPr>
                <w:sz w:val="22"/>
              </w:rPr>
            </w:pPr>
            <w:r w:rsidRPr="00E564F5">
              <w:rPr>
                <w:sz w:val="22"/>
              </w:rPr>
              <w:br/>
            </w:r>
            <w:r w:rsidRPr="00E564F5">
              <w:rPr>
                <w:sz w:val="22"/>
              </w:rPr>
              <w:br/>
            </w:r>
          </w:p>
        </w:tc>
      </w:tr>
      <w:tr w:rsidR="0060550C" w:rsidRPr="00E564F5" w14:paraId="335C0DCE" w14:textId="77777777" w:rsidTr="00E564F5">
        <w:trPr>
          <w:jc w:val="center"/>
        </w:trPr>
        <w:tc>
          <w:tcPr>
            <w:tcW w:w="5100" w:type="dxa"/>
            <w:vAlign w:val="center"/>
          </w:tcPr>
          <w:p w14:paraId="08773813" w14:textId="77777777" w:rsidR="0060550C" w:rsidRPr="00E564F5" w:rsidRDefault="00AB7E0E">
            <w:pPr>
              <w:spacing w:after="20"/>
              <w:rPr>
                <w:sz w:val="22"/>
                <w:lang w:val="de-DE"/>
              </w:rPr>
            </w:pPr>
            <w:r w:rsidRPr="00E564F5">
              <w:rPr>
                <w:sz w:val="22"/>
                <w:lang w:val="de-DE"/>
              </w:rPr>
              <w:t>Weitere Hinweise für sichere Teilnahme / Notfall</w:t>
            </w:r>
          </w:p>
        </w:tc>
        <w:tc>
          <w:tcPr>
            <w:tcW w:w="5556" w:type="dxa"/>
            <w:vAlign w:val="center"/>
          </w:tcPr>
          <w:p w14:paraId="60AEF78F" w14:textId="77777777" w:rsidR="0060550C" w:rsidRPr="00E564F5" w:rsidRDefault="00AB7E0E">
            <w:pPr>
              <w:spacing w:after="20"/>
              <w:rPr>
                <w:sz w:val="22"/>
                <w:lang w:val="de-DE"/>
              </w:rPr>
            </w:pPr>
            <w:r w:rsidRPr="00E564F5">
              <w:rPr>
                <w:sz w:val="22"/>
                <w:lang w:val="de-DE"/>
              </w:rPr>
              <w:br/>
            </w:r>
            <w:r w:rsidRPr="00E564F5">
              <w:rPr>
                <w:sz w:val="22"/>
                <w:lang w:val="de-DE"/>
              </w:rPr>
              <w:br/>
            </w:r>
          </w:p>
        </w:tc>
      </w:tr>
    </w:tbl>
    <w:p w14:paraId="6D8A5E0B" w14:textId="77777777" w:rsidR="0060550C" w:rsidRPr="00E564F5" w:rsidRDefault="00AB7E0E">
      <w:pPr>
        <w:rPr>
          <w:sz w:val="22"/>
          <w:lang w:val="de-DE"/>
        </w:rPr>
      </w:pPr>
      <w:r w:rsidRPr="00E564F5">
        <w:rPr>
          <w:sz w:val="22"/>
          <w:lang w:val="de-DE"/>
        </w:rPr>
        <w:t>Zusätzliche Personen: Diesen Personenbogen für jedes weitere Kind (einschließlich Geschwisterkindern) und jede weitere Begleitperson kopie</w:t>
      </w:r>
      <w:r w:rsidRPr="00E564F5">
        <w:rPr>
          <w:sz w:val="22"/>
          <w:lang w:val="de-DE"/>
        </w:rPr>
        <w:t>ren und separat ausfüllen.</w:t>
      </w:r>
    </w:p>
    <w:p w14:paraId="7046AD66" w14:textId="77777777" w:rsidR="0060550C" w:rsidRPr="00E564F5" w:rsidRDefault="00AB7E0E">
      <w:pPr>
        <w:spacing w:before="140"/>
        <w:rPr>
          <w:lang w:val="de-DE"/>
        </w:rPr>
      </w:pPr>
      <w:r w:rsidRPr="00E564F5">
        <w:rPr>
          <w:b/>
          <w:sz w:val="24"/>
          <w:lang w:val="de-DE"/>
        </w:rPr>
        <w:t>4 · Notfallkontakt (für teilnehmende Kinder/Jugendliche)</w:t>
      </w:r>
    </w:p>
    <w:tbl>
      <w:tblPr>
        <w:tblStyle w:val="Tabellenraster"/>
        <w:tblW w:w="0" w:type="auto"/>
        <w:jc w:val="center"/>
        <w:tblLayout w:type="fixed"/>
        <w:tblLook w:val="04A0" w:firstRow="1" w:lastRow="0" w:firstColumn="1" w:lastColumn="0" w:noHBand="0" w:noVBand="1"/>
      </w:tblPr>
      <w:tblGrid>
        <w:gridCol w:w="5100"/>
        <w:gridCol w:w="5556"/>
      </w:tblGrid>
      <w:tr w:rsidR="0060550C" w14:paraId="3D9E2D21" w14:textId="77777777">
        <w:trPr>
          <w:jc w:val="center"/>
        </w:trPr>
        <w:tc>
          <w:tcPr>
            <w:tcW w:w="5100" w:type="dxa"/>
            <w:shd w:val="clear" w:color="auto" w:fill="DCE6D5"/>
            <w:vAlign w:val="center"/>
          </w:tcPr>
          <w:p w14:paraId="6277275A" w14:textId="77777777" w:rsidR="0060550C" w:rsidRPr="00E564F5" w:rsidRDefault="00AB7E0E">
            <w:pPr>
              <w:spacing w:after="20"/>
              <w:rPr>
                <w:sz w:val="22"/>
              </w:rPr>
            </w:pPr>
            <w:proofErr w:type="spellStart"/>
            <w:r w:rsidRPr="00E564F5">
              <w:rPr>
                <w:b/>
                <w:sz w:val="22"/>
              </w:rPr>
              <w:t>Angabe</w:t>
            </w:r>
            <w:proofErr w:type="spellEnd"/>
          </w:p>
        </w:tc>
        <w:tc>
          <w:tcPr>
            <w:tcW w:w="5100" w:type="dxa"/>
            <w:shd w:val="clear" w:color="auto" w:fill="DCE6D5"/>
            <w:vAlign w:val="center"/>
          </w:tcPr>
          <w:p w14:paraId="102D86EF" w14:textId="77777777" w:rsidR="0060550C" w:rsidRPr="00E564F5" w:rsidRDefault="00AB7E0E">
            <w:pPr>
              <w:spacing w:after="20"/>
              <w:rPr>
                <w:sz w:val="22"/>
              </w:rPr>
            </w:pPr>
            <w:r w:rsidRPr="00E564F5">
              <w:rPr>
                <w:b/>
                <w:sz w:val="22"/>
              </w:rPr>
              <w:t>Eintrag</w:t>
            </w:r>
          </w:p>
        </w:tc>
      </w:tr>
      <w:tr w:rsidR="0060550C" w:rsidRPr="00E564F5" w14:paraId="4F75C11D" w14:textId="77777777">
        <w:trPr>
          <w:jc w:val="center"/>
        </w:trPr>
        <w:tc>
          <w:tcPr>
            <w:tcW w:w="3515" w:type="dxa"/>
            <w:vAlign w:val="center"/>
          </w:tcPr>
          <w:p w14:paraId="78362E91" w14:textId="77777777" w:rsidR="0060550C" w:rsidRPr="00E564F5" w:rsidRDefault="00AB7E0E">
            <w:pPr>
              <w:spacing w:after="20"/>
              <w:rPr>
                <w:sz w:val="22"/>
                <w:lang w:val="de-DE"/>
              </w:rPr>
            </w:pPr>
            <w:r w:rsidRPr="00E564F5">
              <w:rPr>
                <w:sz w:val="22"/>
                <w:lang w:val="de-DE"/>
              </w:rPr>
              <w:t>Name und Beziehung zum Kind</w:t>
            </w:r>
          </w:p>
        </w:tc>
        <w:tc>
          <w:tcPr>
            <w:tcW w:w="5556" w:type="dxa"/>
            <w:vAlign w:val="center"/>
          </w:tcPr>
          <w:p w14:paraId="51A559E0" w14:textId="77777777" w:rsidR="0060550C" w:rsidRPr="00E564F5" w:rsidRDefault="00AB7E0E">
            <w:pPr>
              <w:spacing w:after="20"/>
              <w:rPr>
                <w:sz w:val="22"/>
                <w:lang w:val="de-DE"/>
              </w:rPr>
            </w:pPr>
            <w:r w:rsidRPr="00E564F5">
              <w:rPr>
                <w:sz w:val="22"/>
                <w:lang w:val="de-DE"/>
              </w:rPr>
              <w:br/>
            </w:r>
          </w:p>
        </w:tc>
      </w:tr>
      <w:tr w:rsidR="0060550C" w14:paraId="0A8DB730" w14:textId="77777777">
        <w:trPr>
          <w:jc w:val="center"/>
        </w:trPr>
        <w:tc>
          <w:tcPr>
            <w:tcW w:w="3515" w:type="dxa"/>
            <w:vAlign w:val="center"/>
          </w:tcPr>
          <w:p w14:paraId="737E4E19" w14:textId="77777777" w:rsidR="0060550C" w:rsidRPr="00E564F5" w:rsidRDefault="00AB7E0E">
            <w:pPr>
              <w:spacing w:after="20"/>
              <w:rPr>
                <w:sz w:val="22"/>
              </w:rPr>
            </w:pPr>
            <w:proofErr w:type="spellStart"/>
            <w:r w:rsidRPr="00E564F5">
              <w:rPr>
                <w:sz w:val="22"/>
              </w:rPr>
              <w:t>Telefonnummer</w:t>
            </w:r>
            <w:proofErr w:type="spellEnd"/>
            <w:r w:rsidRPr="00E564F5">
              <w:rPr>
                <w:sz w:val="22"/>
              </w:rPr>
              <w:t xml:space="preserve"> </w:t>
            </w:r>
            <w:proofErr w:type="spellStart"/>
            <w:r w:rsidRPr="00E564F5">
              <w:rPr>
                <w:sz w:val="22"/>
              </w:rPr>
              <w:t>während</w:t>
            </w:r>
            <w:proofErr w:type="spellEnd"/>
            <w:r w:rsidRPr="00E564F5">
              <w:rPr>
                <w:sz w:val="22"/>
              </w:rPr>
              <w:t xml:space="preserve"> des </w:t>
            </w:r>
            <w:proofErr w:type="spellStart"/>
            <w:r w:rsidRPr="00E564F5">
              <w:rPr>
                <w:sz w:val="22"/>
              </w:rPr>
              <w:t>Wochenendes</w:t>
            </w:r>
            <w:proofErr w:type="spellEnd"/>
          </w:p>
        </w:tc>
        <w:tc>
          <w:tcPr>
            <w:tcW w:w="5556" w:type="dxa"/>
            <w:vAlign w:val="center"/>
          </w:tcPr>
          <w:p w14:paraId="4F8709BF" w14:textId="77777777" w:rsidR="0060550C" w:rsidRPr="00E564F5" w:rsidRDefault="00AB7E0E">
            <w:pPr>
              <w:spacing w:after="20"/>
              <w:rPr>
                <w:sz w:val="22"/>
              </w:rPr>
            </w:pPr>
            <w:r w:rsidRPr="00E564F5">
              <w:rPr>
                <w:sz w:val="22"/>
              </w:rPr>
              <w:br/>
            </w:r>
          </w:p>
        </w:tc>
      </w:tr>
      <w:tr w:rsidR="0060550C" w14:paraId="1357CFC0" w14:textId="77777777">
        <w:trPr>
          <w:jc w:val="center"/>
        </w:trPr>
        <w:tc>
          <w:tcPr>
            <w:tcW w:w="3515" w:type="dxa"/>
            <w:vAlign w:val="center"/>
          </w:tcPr>
          <w:p w14:paraId="79B954E5" w14:textId="77777777" w:rsidR="0060550C" w:rsidRPr="00E564F5" w:rsidRDefault="00AB7E0E">
            <w:pPr>
              <w:spacing w:after="20"/>
              <w:rPr>
                <w:sz w:val="22"/>
              </w:rPr>
            </w:pPr>
            <w:r w:rsidRPr="00E564F5">
              <w:rPr>
                <w:sz w:val="22"/>
              </w:rPr>
              <w:t>Weitere wichtige Notfallinformation</w:t>
            </w:r>
          </w:p>
        </w:tc>
        <w:tc>
          <w:tcPr>
            <w:tcW w:w="5556" w:type="dxa"/>
            <w:vAlign w:val="center"/>
          </w:tcPr>
          <w:p w14:paraId="55FAD8B1" w14:textId="77777777" w:rsidR="0060550C" w:rsidRPr="00E564F5" w:rsidRDefault="00AB7E0E">
            <w:pPr>
              <w:spacing w:after="20"/>
              <w:rPr>
                <w:sz w:val="22"/>
              </w:rPr>
            </w:pPr>
            <w:r w:rsidRPr="00E564F5">
              <w:rPr>
                <w:sz w:val="22"/>
              </w:rPr>
              <w:br/>
            </w:r>
            <w:r w:rsidRPr="00E564F5">
              <w:rPr>
                <w:sz w:val="22"/>
              </w:rPr>
              <w:br/>
            </w:r>
          </w:p>
        </w:tc>
      </w:tr>
    </w:tbl>
    <w:p w14:paraId="2AC9BD3C" w14:textId="77777777" w:rsidR="0060550C" w:rsidRDefault="00AB7E0E">
      <w:pPr>
        <w:spacing w:before="140"/>
      </w:pPr>
      <w:r>
        <w:rPr>
          <w:b/>
          <w:sz w:val="24"/>
        </w:rPr>
        <w:t xml:space="preserve">5 · Vorbereitung und </w:t>
      </w:r>
      <w:r>
        <w:rPr>
          <w:b/>
          <w:sz w:val="24"/>
        </w:rPr>
        <w:t>individuelle Wünsche</w:t>
      </w:r>
    </w:p>
    <w:tbl>
      <w:tblPr>
        <w:tblStyle w:val="Tabellenraster"/>
        <w:tblW w:w="0" w:type="auto"/>
        <w:jc w:val="center"/>
        <w:tblLayout w:type="fixed"/>
        <w:tblLook w:val="04A0" w:firstRow="1" w:lastRow="0" w:firstColumn="1" w:lastColumn="0" w:noHBand="0" w:noVBand="1"/>
      </w:tblPr>
      <w:tblGrid>
        <w:gridCol w:w="5100"/>
        <w:gridCol w:w="5100"/>
      </w:tblGrid>
      <w:tr w:rsidR="0060550C" w14:paraId="532406C3" w14:textId="77777777">
        <w:trPr>
          <w:jc w:val="center"/>
        </w:trPr>
        <w:tc>
          <w:tcPr>
            <w:tcW w:w="5100" w:type="dxa"/>
            <w:shd w:val="clear" w:color="auto" w:fill="DCE6D5"/>
            <w:vAlign w:val="center"/>
          </w:tcPr>
          <w:p w14:paraId="186D8163" w14:textId="77777777" w:rsidR="0060550C" w:rsidRDefault="00AB7E0E">
            <w:pPr>
              <w:spacing w:after="20"/>
            </w:pPr>
            <w:r>
              <w:rPr>
                <w:b/>
                <w:sz w:val="18"/>
              </w:rPr>
              <w:t>Frage</w:t>
            </w:r>
          </w:p>
        </w:tc>
        <w:tc>
          <w:tcPr>
            <w:tcW w:w="5100" w:type="dxa"/>
            <w:shd w:val="clear" w:color="auto" w:fill="DCE6D5"/>
            <w:vAlign w:val="center"/>
          </w:tcPr>
          <w:p w14:paraId="3C097D98" w14:textId="77777777" w:rsidR="0060550C" w:rsidRDefault="00AB7E0E">
            <w:pPr>
              <w:spacing w:after="20"/>
            </w:pPr>
            <w:r>
              <w:rPr>
                <w:b/>
                <w:sz w:val="18"/>
              </w:rPr>
              <w:t>Antwort</w:t>
            </w:r>
          </w:p>
        </w:tc>
      </w:tr>
      <w:tr w:rsidR="0060550C" w:rsidRPr="00E564F5" w14:paraId="0AFC5CFA" w14:textId="77777777">
        <w:trPr>
          <w:jc w:val="center"/>
        </w:trPr>
        <w:tc>
          <w:tcPr>
            <w:tcW w:w="4535" w:type="dxa"/>
            <w:vAlign w:val="center"/>
          </w:tcPr>
          <w:p w14:paraId="282438D0" w14:textId="77777777" w:rsidR="0060550C" w:rsidRPr="00E564F5" w:rsidRDefault="00AB7E0E">
            <w:pPr>
              <w:spacing w:after="20"/>
              <w:rPr>
                <w:sz w:val="22"/>
                <w:lang w:val="de-DE"/>
              </w:rPr>
            </w:pPr>
            <w:r w:rsidRPr="00E564F5">
              <w:rPr>
                <w:sz w:val="22"/>
                <w:lang w:val="de-DE"/>
              </w:rPr>
              <w:t>Was interessiert die teilnehmende Person besonders?</w:t>
            </w:r>
          </w:p>
        </w:tc>
        <w:tc>
          <w:tcPr>
            <w:tcW w:w="4535" w:type="dxa"/>
            <w:vAlign w:val="center"/>
          </w:tcPr>
          <w:p w14:paraId="10A45277" w14:textId="77777777" w:rsidR="0060550C" w:rsidRPr="00E564F5" w:rsidRDefault="00AB7E0E">
            <w:pPr>
              <w:spacing w:after="20"/>
              <w:rPr>
                <w:sz w:val="22"/>
                <w:lang w:val="de-DE"/>
              </w:rPr>
            </w:pPr>
            <w:r w:rsidRPr="00E564F5">
              <w:rPr>
                <w:sz w:val="22"/>
                <w:lang w:val="de-DE"/>
              </w:rPr>
              <w:br/>
            </w:r>
            <w:r w:rsidRPr="00E564F5">
              <w:rPr>
                <w:sz w:val="22"/>
                <w:lang w:val="de-DE"/>
              </w:rPr>
              <w:br/>
            </w:r>
          </w:p>
        </w:tc>
      </w:tr>
      <w:tr w:rsidR="0060550C" w:rsidRPr="00E564F5" w14:paraId="18BE2CEB" w14:textId="77777777">
        <w:trPr>
          <w:jc w:val="center"/>
        </w:trPr>
        <w:tc>
          <w:tcPr>
            <w:tcW w:w="4535" w:type="dxa"/>
            <w:vAlign w:val="center"/>
          </w:tcPr>
          <w:p w14:paraId="0E8789B6" w14:textId="77777777" w:rsidR="0060550C" w:rsidRPr="00E564F5" w:rsidRDefault="00AB7E0E">
            <w:pPr>
              <w:spacing w:after="20"/>
              <w:rPr>
                <w:sz w:val="22"/>
                <w:lang w:val="de-DE"/>
              </w:rPr>
            </w:pPr>
            <w:r w:rsidRPr="00E564F5">
              <w:rPr>
                <w:sz w:val="22"/>
                <w:lang w:val="de-DE"/>
              </w:rPr>
              <w:t>Gibt es Ängste oder Situationen, die wir beim Umgang mit Eseln beachten sollen?</w:t>
            </w:r>
          </w:p>
        </w:tc>
        <w:tc>
          <w:tcPr>
            <w:tcW w:w="4535" w:type="dxa"/>
            <w:vAlign w:val="center"/>
          </w:tcPr>
          <w:p w14:paraId="00BAC903" w14:textId="77777777" w:rsidR="0060550C" w:rsidRPr="00E564F5" w:rsidRDefault="00AB7E0E">
            <w:pPr>
              <w:spacing w:after="20"/>
              <w:rPr>
                <w:sz w:val="22"/>
                <w:lang w:val="de-DE"/>
              </w:rPr>
            </w:pPr>
            <w:r w:rsidRPr="00E564F5">
              <w:rPr>
                <w:sz w:val="22"/>
                <w:lang w:val="de-DE"/>
              </w:rPr>
              <w:br/>
            </w:r>
            <w:r w:rsidRPr="00E564F5">
              <w:rPr>
                <w:sz w:val="22"/>
                <w:lang w:val="de-DE"/>
              </w:rPr>
              <w:br/>
            </w:r>
          </w:p>
        </w:tc>
      </w:tr>
      <w:tr w:rsidR="0060550C" w14:paraId="55873D44" w14:textId="77777777">
        <w:trPr>
          <w:jc w:val="center"/>
        </w:trPr>
        <w:tc>
          <w:tcPr>
            <w:tcW w:w="4535" w:type="dxa"/>
            <w:vAlign w:val="center"/>
          </w:tcPr>
          <w:p w14:paraId="52CDE905" w14:textId="77777777" w:rsidR="0060550C" w:rsidRPr="00E564F5" w:rsidRDefault="00AB7E0E">
            <w:pPr>
              <w:spacing w:after="20"/>
              <w:rPr>
                <w:sz w:val="22"/>
              </w:rPr>
            </w:pPr>
            <w:proofErr w:type="spellStart"/>
            <w:r w:rsidRPr="00E564F5">
              <w:rPr>
                <w:sz w:val="22"/>
              </w:rPr>
              <w:t>Weitere</w:t>
            </w:r>
            <w:proofErr w:type="spellEnd"/>
            <w:r w:rsidRPr="00E564F5">
              <w:rPr>
                <w:sz w:val="22"/>
              </w:rPr>
              <w:t xml:space="preserve"> </w:t>
            </w:r>
            <w:proofErr w:type="spellStart"/>
            <w:r w:rsidRPr="00E564F5">
              <w:rPr>
                <w:sz w:val="22"/>
              </w:rPr>
              <w:t>Wünsche</w:t>
            </w:r>
            <w:proofErr w:type="spellEnd"/>
            <w:r w:rsidRPr="00E564F5">
              <w:rPr>
                <w:sz w:val="22"/>
              </w:rPr>
              <w:t xml:space="preserve"> / </w:t>
            </w:r>
            <w:proofErr w:type="spellStart"/>
            <w:r w:rsidRPr="00E564F5">
              <w:rPr>
                <w:sz w:val="22"/>
              </w:rPr>
              <w:t>wichtige</w:t>
            </w:r>
            <w:proofErr w:type="spellEnd"/>
            <w:r w:rsidRPr="00E564F5">
              <w:rPr>
                <w:sz w:val="22"/>
              </w:rPr>
              <w:t xml:space="preserve"> Hinweise</w:t>
            </w:r>
          </w:p>
        </w:tc>
        <w:tc>
          <w:tcPr>
            <w:tcW w:w="4535" w:type="dxa"/>
            <w:vAlign w:val="center"/>
          </w:tcPr>
          <w:p w14:paraId="40714C41" w14:textId="77777777" w:rsidR="0060550C" w:rsidRPr="00E564F5" w:rsidRDefault="00AB7E0E">
            <w:pPr>
              <w:spacing w:after="20"/>
              <w:rPr>
                <w:sz w:val="22"/>
              </w:rPr>
            </w:pPr>
            <w:r w:rsidRPr="00E564F5">
              <w:rPr>
                <w:sz w:val="22"/>
              </w:rPr>
              <w:br/>
            </w:r>
            <w:r w:rsidRPr="00E564F5">
              <w:rPr>
                <w:sz w:val="22"/>
              </w:rPr>
              <w:br/>
            </w:r>
          </w:p>
        </w:tc>
      </w:tr>
    </w:tbl>
    <w:p w14:paraId="404649DF" w14:textId="77777777" w:rsidR="0060550C" w:rsidRPr="00E564F5" w:rsidRDefault="00AB7E0E">
      <w:pPr>
        <w:spacing w:after="20"/>
        <w:ind w:left="85"/>
        <w:rPr>
          <w:sz w:val="22"/>
          <w:lang w:val="de-DE"/>
        </w:rPr>
      </w:pPr>
      <w:proofErr w:type="gramStart"/>
      <w:r w:rsidRPr="00E564F5">
        <w:rPr>
          <w:sz w:val="22"/>
          <w:lang w:val="de-DE"/>
        </w:rPr>
        <w:t>☐</w:t>
      </w:r>
      <w:r w:rsidRPr="00E564F5">
        <w:rPr>
          <w:sz w:val="22"/>
          <w:lang w:val="de-DE"/>
        </w:rPr>
        <w:t xml:space="preserve">  Wir</w:t>
      </w:r>
      <w:proofErr w:type="gramEnd"/>
      <w:r w:rsidRPr="00E564F5">
        <w:rPr>
          <w:sz w:val="22"/>
          <w:lang w:val="de-DE"/>
        </w:rPr>
        <w:t xml:space="preserve"> wünschen vorab ein </w:t>
      </w:r>
      <w:r w:rsidRPr="00E564F5">
        <w:rPr>
          <w:sz w:val="22"/>
          <w:lang w:val="de-DE"/>
        </w:rPr>
        <w:t>Telefonat zur Vorbereitung.</w:t>
      </w:r>
    </w:p>
    <w:p w14:paraId="638CC6A1" w14:textId="77777777" w:rsidR="0060550C" w:rsidRPr="00E564F5" w:rsidRDefault="00AB7E0E">
      <w:pPr>
        <w:spacing w:before="140"/>
        <w:rPr>
          <w:lang w:val="de-DE"/>
        </w:rPr>
      </w:pPr>
      <w:r w:rsidRPr="00E564F5">
        <w:rPr>
          <w:b/>
          <w:sz w:val="24"/>
          <w:lang w:val="de-DE"/>
        </w:rPr>
        <w:t>6 · Datenschutzinformation</w:t>
      </w:r>
    </w:p>
    <w:p w14:paraId="2AACE76E" w14:textId="77777777" w:rsidR="0060550C" w:rsidRPr="00E564F5" w:rsidRDefault="00AB7E0E">
      <w:pPr>
        <w:rPr>
          <w:sz w:val="22"/>
          <w:lang w:val="de-DE"/>
        </w:rPr>
      </w:pPr>
      <w:r w:rsidRPr="00E564F5">
        <w:rPr>
          <w:sz w:val="22"/>
          <w:lang w:val="de-DE"/>
        </w:rPr>
        <w:t>Verantwortlich: Eselhof Nechern – Ralf und Heike Wulke, Riegelstraße 7, 02627 Weißenberg OT Nechern, Telefon 035876 / 41427, E-Mail eselhof-nechern@arcor.de.</w:t>
      </w:r>
    </w:p>
    <w:p w14:paraId="463731BD" w14:textId="77777777" w:rsidR="0060550C" w:rsidRPr="00E564F5" w:rsidRDefault="00AB7E0E">
      <w:pPr>
        <w:rPr>
          <w:sz w:val="22"/>
          <w:lang w:val="de-DE"/>
        </w:rPr>
      </w:pPr>
      <w:r w:rsidRPr="00E564F5">
        <w:rPr>
          <w:sz w:val="22"/>
          <w:lang w:val="de-DE"/>
        </w:rPr>
        <w:t>Die Angaben werden zur Bearbeitung der Anme</w:t>
      </w:r>
      <w:r w:rsidRPr="00E564F5">
        <w:rPr>
          <w:sz w:val="22"/>
          <w:lang w:val="de-DE"/>
        </w:rPr>
        <w:t>ldung, Kommunikation, Planung von Unterkunft und Verpflegung sowie zur Berücksichtigung individueller Unterstützungsbedarfe und zur Vorbereitung auf Notfälle verwendet. Zugriff erhalten nur Personen, die die Angaben für diese Aufgaben benötigen. Eine Weite</w:t>
      </w:r>
      <w:r w:rsidRPr="00E564F5">
        <w:rPr>
          <w:sz w:val="22"/>
          <w:lang w:val="de-DE"/>
        </w:rPr>
        <w:t>rgabe erfolgt nur, soweit sie für die Durchführung erforderlich und rechtlich zulässig ist oder eine gesonderte Einwilligung vorliegt.</w:t>
      </w:r>
    </w:p>
    <w:p w14:paraId="4E7C0423" w14:textId="77777777" w:rsidR="0060550C" w:rsidRPr="00E564F5" w:rsidRDefault="00AB7E0E">
      <w:pPr>
        <w:rPr>
          <w:sz w:val="22"/>
          <w:lang w:val="de-DE"/>
        </w:rPr>
      </w:pPr>
      <w:r w:rsidRPr="00E564F5">
        <w:rPr>
          <w:sz w:val="22"/>
          <w:lang w:val="de-DE"/>
        </w:rPr>
        <w:t>Gesundheitsdaten, insbesondere Diagnosen, werden nur auf Grundlage einer ausdrücklichen Einwilligung verarbeitet. Die Ein</w:t>
      </w:r>
      <w:r w:rsidRPr="00E564F5">
        <w:rPr>
          <w:sz w:val="22"/>
          <w:lang w:val="de-DE"/>
        </w:rPr>
        <w:t>willigung ist freiwillig und kann jederzeit für die Zukunft widerrufen werden. Ohne Informationen, die für eine sichere Teilnahme unerlässlich sind, kann im Einzelfall möglicherweise keine Teilnahme erfolgen.</w:t>
      </w:r>
    </w:p>
    <w:p w14:paraId="06B7A2D0" w14:textId="77777777" w:rsidR="0060550C" w:rsidRPr="00E564F5" w:rsidRDefault="00AB7E0E">
      <w:pPr>
        <w:rPr>
          <w:sz w:val="22"/>
          <w:lang w:val="de-DE"/>
        </w:rPr>
      </w:pPr>
      <w:r w:rsidRPr="00E564F5">
        <w:rPr>
          <w:sz w:val="22"/>
          <w:lang w:val="de-DE"/>
        </w:rPr>
        <w:t>Die Daten werden gelöscht, sobald sie für Anmel</w:t>
      </w:r>
      <w:r w:rsidRPr="00E564F5">
        <w:rPr>
          <w:sz w:val="22"/>
          <w:lang w:val="de-DE"/>
        </w:rPr>
        <w:t>dung und Durchführung nicht mehr benötigt werden, sofern keine gesetzlichen Aufbewahrungspflichten oder erforderlichen Gründe zur Anspruchsabwehr entgegenstehen. Sie können im gesetzlichen Rahmen Auskunft, Berichtigung, Löschung oder Einschränkung der Vera</w:t>
      </w:r>
      <w:r w:rsidRPr="00E564F5">
        <w:rPr>
          <w:sz w:val="22"/>
          <w:lang w:val="de-DE"/>
        </w:rPr>
        <w:t>rbeitung verlangen und sich bei einer Datenschutzaufsichtsbehörde beschweren. Datenschutzanfragen: eselhof-nechern@arcor.de.</w:t>
      </w:r>
    </w:p>
    <w:p w14:paraId="4DEDAED9" w14:textId="77777777" w:rsidR="0060550C" w:rsidRPr="00E564F5" w:rsidRDefault="00AB7E0E">
      <w:pPr>
        <w:rPr>
          <w:sz w:val="22"/>
          <w:lang w:val="de-DE"/>
        </w:rPr>
      </w:pPr>
      <w:r w:rsidRPr="00E564F5">
        <w:rPr>
          <w:sz w:val="22"/>
          <w:lang w:val="de-DE"/>
        </w:rPr>
        <w:t xml:space="preserve">Vor der Verwendung bitte die Angaben zur tatsächlichen Speicherdauer, den zugriffsberechtigten Personen und den konkreten Abläufen </w:t>
      </w:r>
      <w:r w:rsidRPr="00E564F5">
        <w:rPr>
          <w:sz w:val="22"/>
          <w:lang w:val="de-DE"/>
        </w:rPr>
        <w:t>prüfen und gegebenenfalls ergänzen.</w:t>
      </w:r>
    </w:p>
    <w:p w14:paraId="325997E5" w14:textId="77777777" w:rsidR="0060550C" w:rsidRPr="00E564F5" w:rsidRDefault="00AB7E0E">
      <w:pPr>
        <w:spacing w:before="140"/>
        <w:rPr>
          <w:lang w:val="de-DE"/>
        </w:rPr>
      </w:pPr>
      <w:r w:rsidRPr="00E564F5">
        <w:rPr>
          <w:b/>
          <w:sz w:val="24"/>
          <w:lang w:val="de-DE"/>
        </w:rPr>
        <w:lastRenderedPageBreak/>
        <w:t>7 · Ausdrückliche Einwilligung in die Verarbeitung von Gesundheitsdaten</w:t>
      </w:r>
    </w:p>
    <w:p w14:paraId="3224F699" w14:textId="77777777" w:rsidR="0060550C" w:rsidRPr="00E564F5" w:rsidRDefault="00AB7E0E">
      <w:pPr>
        <w:rPr>
          <w:sz w:val="22"/>
          <w:lang w:val="de-DE"/>
        </w:rPr>
      </w:pPr>
      <w:r w:rsidRPr="00E564F5">
        <w:rPr>
          <w:sz w:val="22"/>
          <w:lang w:val="de-DE"/>
        </w:rPr>
        <w:t xml:space="preserve">Ich willige ausdrücklich ein, dass die im Personenbogen für mich bzw. mein Kind angegebenen Gesundheitsdaten einschließlich </w:t>
      </w:r>
      <w:r w:rsidRPr="00E564F5">
        <w:rPr>
          <w:sz w:val="22"/>
          <w:lang w:val="de-DE"/>
        </w:rPr>
        <w:t xml:space="preserve">gegebenenfalls genannter Diagnosen verarbeitet werden, soweit dies zur Vorbereitung und sicheren Durchführung der </w:t>
      </w:r>
      <w:proofErr w:type="spellStart"/>
      <w:r w:rsidRPr="00E564F5">
        <w:rPr>
          <w:sz w:val="22"/>
          <w:lang w:val="de-DE"/>
        </w:rPr>
        <w:t>Eselzeit</w:t>
      </w:r>
      <w:proofErr w:type="spellEnd"/>
      <w:r w:rsidRPr="00E564F5">
        <w:rPr>
          <w:sz w:val="22"/>
          <w:lang w:val="de-DE"/>
        </w:rPr>
        <w:t xml:space="preserve"> 2027 erforderlich ist.</w:t>
      </w:r>
    </w:p>
    <w:p w14:paraId="4F150D38" w14:textId="77777777" w:rsidR="0060550C" w:rsidRPr="00E564F5" w:rsidRDefault="00AB7E0E">
      <w:pPr>
        <w:spacing w:after="20"/>
        <w:ind w:left="85"/>
        <w:rPr>
          <w:sz w:val="22"/>
          <w:lang w:val="de-DE"/>
        </w:rPr>
      </w:pPr>
      <w:proofErr w:type="gramStart"/>
      <w:r w:rsidRPr="00E564F5">
        <w:rPr>
          <w:sz w:val="22"/>
          <w:lang w:val="de-DE"/>
        </w:rPr>
        <w:t>☐</w:t>
      </w:r>
      <w:r w:rsidRPr="00E564F5">
        <w:rPr>
          <w:sz w:val="22"/>
          <w:lang w:val="de-DE"/>
        </w:rPr>
        <w:t xml:space="preserve">  Ich</w:t>
      </w:r>
      <w:proofErr w:type="gramEnd"/>
      <w:r w:rsidRPr="00E564F5">
        <w:rPr>
          <w:sz w:val="22"/>
          <w:lang w:val="de-DE"/>
        </w:rPr>
        <w:t xml:space="preserve"> willige ausdrücklich ein.</w:t>
      </w:r>
    </w:p>
    <w:p w14:paraId="75A8FBAD" w14:textId="77777777" w:rsidR="0060550C" w:rsidRPr="00E564F5" w:rsidRDefault="00AB7E0E">
      <w:pPr>
        <w:spacing w:after="20"/>
        <w:ind w:left="85"/>
        <w:rPr>
          <w:sz w:val="22"/>
          <w:lang w:val="de-DE"/>
        </w:rPr>
      </w:pPr>
      <w:proofErr w:type="gramStart"/>
      <w:r w:rsidRPr="00E564F5">
        <w:rPr>
          <w:sz w:val="22"/>
          <w:lang w:val="de-DE"/>
        </w:rPr>
        <w:t>☐</w:t>
      </w:r>
      <w:r w:rsidRPr="00E564F5">
        <w:rPr>
          <w:sz w:val="22"/>
          <w:lang w:val="de-DE"/>
        </w:rPr>
        <w:t xml:space="preserve">  Ich</w:t>
      </w:r>
      <w:proofErr w:type="gramEnd"/>
      <w:r w:rsidRPr="00E564F5">
        <w:rPr>
          <w:sz w:val="22"/>
          <w:lang w:val="de-DE"/>
        </w:rPr>
        <w:t xml:space="preserve"> willige nicht ein.</w:t>
      </w:r>
    </w:p>
    <w:p w14:paraId="6ECC0FFC" w14:textId="77777777" w:rsidR="0060550C" w:rsidRPr="00E564F5" w:rsidRDefault="00AB7E0E">
      <w:pPr>
        <w:rPr>
          <w:sz w:val="22"/>
          <w:lang w:val="de-DE"/>
        </w:rPr>
      </w:pPr>
      <w:r w:rsidRPr="00E564F5">
        <w:rPr>
          <w:sz w:val="22"/>
          <w:lang w:val="de-DE"/>
        </w:rPr>
        <w:t>Mir ist bekannt, dass die Einwilligung freiwillig i</w:t>
      </w:r>
      <w:r w:rsidRPr="00E564F5">
        <w:rPr>
          <w:sz w:val="22"/>
          <w:lang w:val="de-DE"/>
        </w:rPr>
        <w:t>st und jederzeit mit Wirkung für die Zukunft widerrufen werden kann. Bei Minderjährigen unterschreibt die erziehungsberechtigte Person; die altersgerechte Einbeziehung des Kindes bleibt davon unberührt.</w:t>
      </w:r>
    </w:p>
    <w:tbl>
      <w:tblPr>
        <w:tblStyle w:val="Tabellenraster"/>
        <w:tblW w:w="0" w:type="auto"/>
        <w:jc w:val="center"/>
        <w:tblLayout w:type="fixed"/>
        <w:tblLook w:val="04A0" w:firstRow="1" w:lastRow="0" w:firstColumn="1" w:lastColumn="0" w:noHBand="0" w:noVBand="1"/>
      </w:tblPr>
      <w:tblGrid>
        <w:gridCol w:w="5100"/>
        <w:gridCol w:w="5556"/>
      </w:tblGrid>
      <w:tr w:rsidR="0060550C" w14:paraId="7A5C32DB" w14:textId="77777777">
        <w:trPr>
          <w:jc w:val="center"/>
        </w:trPr>
        <w:tc>
          <w:tcPr>
            <w:tcW w:w="5100" w:type="dxa"/>
            <w:shd w:val="clear" w:color="auto" w:fill="DCE6D5"/>
            <w:vAlign w:val="center"/>
          </w:tcPr>
          <w:p w14:paraId="258E255E" w14:textId="77777777" w:rsidR="0060550C" w:rsidRPr="00E564F5" w:rsidRDefault="00AB7E0E">
            <w:pPr>
              <w:spacing w:after="20"/>
              <w:rPr>
                <w:sz w:val="22"/>
              </w:rPr>
            </w:pPr>
            <w:proofErr w:type="spellStart"/>
            <w:r w:rsidRPr="00E564F5">
              <w:rPr>
                <w:b/>
                <w:sz w:val="22"/>
              </w:rPr>
              <w:t>Angabe</w:t>
            </w:r>
            <w:proofErr w:type="spellEnd"/>
          </w:p>
        </w:tc>
        <w:tc>
          <w:tcPr>
            <w:tcW w:w="5100" w:type="dxa"/>
            <w:shd w:val="clear" w:color="auto" w:fill="DCE6D5"/>
            <w:vAlign w:val="center"/>
          </w:tcPr>
          <w:p w14:paraId="593C5380" w14:textId="77777777" w:rsidR="0060550C" w:rsidRPr="00E564F5" w:rsidRDefault="00AB7E0E">
            <w:pPr>
              <w:spacing w:after="20"/>
              <w:rPr>
                <w:sz w:val="22"/>
              </w:rPr>
            </w:pPr>
            <w:r w:rsidRPr="00E564F5">
              <w:rPr>
                <w:b/>
                <w:sz w:val="22"/>
              </w:rPr>
              <w:t>Eintrag</w:t>
            </w:r>
          </w:p>
        </w:tc>
      </w:tr>
      <w:tr w:rsidR="0060550C" w:rsidRPr="00E564F5" w14:paraId="72B0B9B3" w14:textId="77777777">
        <w:trPr>
          <w:jc w:val="center"/>
        </w:trPr>
        <w:tc>
          <w:tcPr>
            <w:tcW w:w="3515" w:type="dxa"/>
            <w:vAlign w:val="center"/>
          </w:tcPr>
          <w:p w14:paraId="3E180833" w14:textId="77777777" w:rsidR="0060550C" w:rsidRPr="00E564F5" w:rsidRDefault="00AB7E0E">
            <w:pPr>
              <w:spacing w:after="20"/>
              <w:rPr>
                <w:sz w:val="22"/>
                <w:lang w:val="de-DE"/>
              </w:rPr>
            </w:pPr>
            <w:r w:rsidRPr="00E564F5">
              <w:rPr>
                <w:sz w:val="22"/>
                <w:lang w:val="de-DE"/>
              </w:rPr>
              <w:t xml:space="preserve">Name der betroffenen </w:t>
            </w:r>
            <w:r w:rsidRPr="00E564F5">
              <w:rPr>
                <w:sz w:val="22"/>
                <w:lang w:val="de-DE"/>
              </w:rPr>
              <w:t>Person(en)</w:t>
            </w:r>
          </w:p>
        </w:tc>
        <w:tc>
          <w:tcPr>
            <w:tcW w:w="5556" w:type="dxa"/>
            <w:vAlign w:val="center"/>
          </w:tcPr>
          <w:p w14:paraId="3AFF641F" w14:textId="77777777" w:rsidR="0060550C" w:rsidRPr="00E564F5" w:rsidRDefault="00AB7E0E">
            <w:pPr>
              <w:spacing w:after="20"/>
              <w:rPr>
                <w:sz w:val="22"/>
                <w:lang w:val="de-DE"/>
              </w:rPr>
            </w:pPr>
            <w:r w:rsidRPr="00E564F5">
              <w:rPr>
                <w:sz w:val="22"/>
                <w:lang w:val="de-DE"/>
              </w:rPr>
              <w:br/>
            </w:r>
          </w:p>
        </w:tc>
      </w:tr>
      <w:tr w:rsidR="0060550C" w:rsidRPr="00E564F5" w14:paraId="10F0563F" w14:textId="77777777">
        <w:trPr>
          <w:jc w:val="center"/>
        </w:trPr>
        <w:tc>
          <w:tcPr>
            <w:tcW w:w="3515" w:type="dxa"/>
            <w:vAlign w:val="center"/>
          </w:tcPr>
          <w:p w14:paraId="00D0E9F6" w14:textId="77777777" w:rsidR="0060550C" w:rsidRPr="00E564F5" w:rsidRDefault="00AB7E0E">
            <w:pPr>
              <w:spacing w:after="20"/>
              <w:rPr>
                <w:sz w:val="22"/>
                <w:lang w:val="de-DE"/>
              </w:rPr>
            </w:pPr>
            <w:r w:rsidRPr="00E564F5">
              <w:rPr>
                <w:sz w:val="22"/>
                <w:lang w:val="de-DE"/>
              </w:rPr>
              <w:t>Name der erziehungsberechtigten Person (falls zutreffend)</w:t>
            </w:r>
          </w:p>
        </w:tc>
        <w:tc>
          <w:tcPr>
            <w:tcW w:w="5556" w:type="dxa"/>
            <w:vAlign w:val="center"/>
          </w:tcPr>
          <w:p w14:paraId="69AC456D" w14:textId="77777777" w:rsidR="0060550C" w:rsidRPr="00E564F5" w:rsidRDefault="00AB7E0E">
            <w:pPr>
              <w:spacing w:after="20"/>
              <w:rPr>
                <w:sz w:val="22"/>
                <w:lang w:val="de-DE"/>
              </w:rPr>
            </w:pPr>
            <w:r w:rsidRPr="00E564F5">
              <w:rPr>
                <w:sz w:val="22"/>
                <w:lang w:val="de-DE"/>
              </w:rPr>
              <w:br/>
            </w:r>
          </w:p>
        </w:tc>
      </w:tr>
      <w:tr w:rsidR="0060550C" w14:paraId="615A7223" w14:textId="77777777">
        <w:trPr>
          <w:jc w:val="center"/>
        </w:trPr>
        <w:tc>
          <w:tcPr>
            <w:tcW w:w="3515" w:type="dxa"/>
            <w:vAlign w:val="center"/>
          </w:tcPr>
          <w:p w14:paraId="6F296030" w14:textId="77777777" w:rsidR="0060550C" w:rsidRPr="00E564F5" w:rsidRDefault="00AB7E0E">
            <w:pPr>
              <w:spacing w:after="20"/>
              <w:rPr>
                <w:sz w:val="22"/>
              </w:rPr>
            </w:pPr>
            <w:r w:rsidRPr="00E564F5">
              <w:rPr>
                <w:sz w:val="22"/>
              </w:rPr>
              <w:t>Ort, Datum</w:t>
            </w:r>
          </w:p>
        </w:tc>
        <w:tc>
          <w:tcPr>
            <w:tcW w:w="5556" w:type="dxa"/>
            <w:vAlign w:val="center"/>
          </w:tcPr>
          <w:p w14:paraId="215BFF36" w14:textId="77777777" w:rsidR="0060550C" w:rsidRPr="00E564F5" w:rsidRDefault="00AB7E0E">
            <w:pPr>
              <w:spacing w:after="20"/>
              <w:rPr>
                <w:sz w:val="22"/>
              </w:rPr>
            </w:pPr>
            <w:r w:rsidRPr="00E564F5">
              <w:rPr>
                <w:sz w:val="22"/>
              </w:rPr>
              <w:br/>
            </w:r>
          </w:p>
        </w:tc>
      </w:tr>
      <w:tr w:rsidR="0060550C" w14:paraId="72D50D04" w14:textId="77777777">
        <w:trPr>
          <w:jc w:val="center"/>
        </w:trPr>
        <w:tc>
          <w:tcPr>
            <w:tcW w:w="3515" w:type="dxa"/>
            <w:vAlign w:val="center"/>
          </w:tcPr>
          <w:p w14:paraId="65D99968" w14:textId="77777777" w:rsidR="0060550C" w:rsidRPr="00E564F5" w:rsidRDefault="00AB7E0E">
            <w:pPr>
              <w:spacing w:after="20"/>
              <w:rPr>
                <w:sz w:val="22"/>
              </w:rPr>
            </w:pPr>
            <w:r w:rsidRPr="00E564F5">
              <w:rPr>
                <w:sz w:val="22"/>
              </w:rPr>
              <w:t>Unterschrift</w:t>
            </w:r>
          </w:p>
        </w:tc>
        <w:tc>
          <w:tcPr>
            <w:tcW w:w="5556" w:type="dxa"/>
            <w:vAlign w:val="center"/>
          </w:tcPr>
          <w:p w14:paraId="67DF0BD0" w14:textId="77777777" w:rsidR="0060550C" w:rsidRPr="00E564F5" w:rsidRDefault="00AB7E0E">
            <w:pPr>
              <w:spacing w:after="20"/>
              <w:rPr>
                <w:sz w:val="22"/>
              </w:rPr>
            </w:pPr>
            <w:r w:rsidRPr="00E564F5">
              <w:rPr>
                <w:sz w:val="22"/>
              </w:rPr>
              <w:br/>
            </w:r>
          </w:p>
        </w:tc>
      </w:tr>
    </w:tbl>
    <w:p w14:paraId="72614637" w14:textId="77777777" w:rsidR="0060550C" w:rsidRDefault="00AB7E0E">
      <w:pPr>
        <w:spacing w:before="140"/>
      </w:pPr>
      <w:r>
        <w:rPr>
          <w:b/>
          <w:sz w:val="24"/>
        </w:rPr>
        <w:t>8 · Bestätigung der Anmeldung</w:t>
      </w:r>
    </w:p>
    <w:p w14:paraId="18CF9E40" w14:textId="77777777" w:rsidR="0060550C" w:rsidRPr="00E564F5" w:rsidRDefault="00AB7E0E">
      <w:pPr>
        <w:spacing w:after="20"/>
        <w:ind w:left="85"/>
        <w:rPr>
          <w:sz w:val="22"/>
          <w:lang w:val="de-DE"/>
        </w:rPr>
      </w:pPr>
      <w:proofErr w:type="gramStart"/>
      <w:r w:rsidRPr="00E564F5">
        <w:rPr>
          <w:lang w:val="de-DE"/>
        </w:rPr>
        <w:t>☐</w:t>
      </w:r>
      <w:r w:rsidRPr="00E564F5">
        <w:rPr>
          <w:lang w:val="de-DE"/>
        </w:rPr>
        <w:t xml:space="preserve">  </w:t>
      </w:r>
      <w:r w:rsidRPr="00E564F5">
        <w:rPr>
          <w:sz w:val="22"/>
          <w:lang w:val="de-DE"/>
        </w:rPr>
        <w:t>Ich</w:t>
      </w:r>
      <w:proofErr w:type="gramEnd"/>
      <w:r w:rsidRPr="00E564F5">
        <w:rPr>
          <w:sz w:val="22"/>
          <w:lang w:val="de-DE"/>
        </w:rPr>
        <w:t xml:space="preserve"> bestätige, dass die Angaben nach bestem Wissen richtig sind.</w:t>
      </w:r>
    </w:p>
    <w:p w14:paraId="6FF6B0DF" w14:textId="77777777" w:rsidR="0060550C" w:rsidRPr="00E564F5" w:rsidRDefault="00AB7E0E">
      <w:pPr>
        <w:spacing w:after="20"/>
        <w:ind w:left="85"/>
        <w:rPr>
          <w:sz w:val="22"/>
          <w:lang w:val="de-DE"/>
        </w:rPr>
      </w:pPr>
      <w:proofErr w:type="gramStart"/>
      <w:r w:rsidRPr="00E564F5">
        <w:rPr>
          <w:sz w:val="22"/>
          <w:lang w:val="de-DE"/>
        </w:rPr>
        <w:t>☐</w:t>
      </w:r>
      <w:r w:rsidRPr="00E564F5">
        <w:rPr>
          <w:sz w:val="22"/>
          <w:lang w:val="de-DE"/>
        </w:rPr>
        <w:t xml:space="preserve">  Ich</w:t>
      </w:r>
      <w:proofErr w:type="gramEnd"/>
      <w:r w:rsidRPr="00E564F5">
        <w:rPr>
          <w:sz w:val="22"/>
          <w:lang w:val="de-DE"/>
        </w:rPr>
        <w:t xml:space="preserve"> habe die </w:t>
      </w:r>
      <w:r w:rsidRPr="00E564F5">
        <w:rPr>
          <w:sz w:val="22"/>
          <w:lang w:val="de-DE"/>
        </w:rPr>
        <w:t>Datenschutzinformation gelesen.</w:t>
      </w:r>
    </w:p>
    <w:tbl>
      <w:tblPr>
        <w:tblStyle w:val="Tabellenraster"/>
        <w:tblW w:w="0" w:type="auto"/>
        <w:jc w:val="center"/>
        <w:tblLayout w:type="fixed"/>
        <w:tblLook w:val="04A0" w:firstRow="1" w:lastRow="0" w:firstColumn="1" w:lastColumn="0" w:noHBand="0" w:noVBand="1"/>
      </w:tblPr>
      <w:tblGrid>
        <w:gridCol w:w="5100"/>
        <w:gridCol w:w="5100"/>
      </w:tblGrid>
      <w:tr w:rsidR="0060550C" w14:paraId="27F69FA4" w14:textId="77777777">
        <w:trPr>
          <w:jc w:val="center"/>
        </w:trPr>
        <w:tc>
          <w:tcPr>
            <w:tcW w:w="5100" w:type="dxa"/>
            <w:shd w:val="clear" w:color="auto" w:fill="DCE6D5"/>
            <w:vAlign w:val="center"/>
          </w:tcPr>
          <w:p w14:paraId="65EC60FB" w14:textId="77777777" w:rsidR="0060550C" w:rsidRPr="00E564F5" w:rsidRDefault="00AB7E0E">
            <w:pPr>
              <w:spacing w:after="20"/>
              <w:rPr>
                <w:sz w:val="22"/>
              </w:rPr>
            </w:pPr>
            <w:proofErr w:type="spellStart"/>
            <w:r w:rsidRPr="00E564F5">
              <w:rPr>
                <w:b/>
                <w:sz w:val="22"/>
              </w:rPr>
              <w:t>Angabe</w:t>
            </w:r>
            <w:proofErr w:type="spellEnd"/>
          </w:p>
        </w:tc>
        <w:tc>
          <w:tcPr>
            <w:tcW w:w="5100" w:type="dxa"/>
            <w:shd w:val="clear" w:color="auto" w:fill="DCE6D5"/>
            <w:vAlign w:val="center"/>
          </w:tcPr>
          <w:p w14:paraId="385174B2" w14:textId="77777777" w:rsidR="0060550C" w:rsidRPr="00E564F5" w:rsidRDefault="00AB7E0E">
            <w:pPr>
              <w:spacing w:after="20"/>
              <w:rPr>
                <w:sz w:val="22"/>
              </w:rPr>
            </w:pPr>
            <w:r w:rsidRPr="00E564F5">
              <w:rPr>
                <w:b/>
                <w:sz w:val="22"/>
              </w:rPr>
              <w:t>Eintrag</w:t>
            </w:r>
          </w:p>
        </w:tc>
      </w:tr>
      <w:tr w:rsidR="0060550C" w:rsidRPr="00E564F5" w14:paraId="094CEAB9" w14:textId="77777777">
        <w:trPr>
          <w:jc w:val="center"/>
        </w:trPr>
        <w:tc>
          <w:tcPr>
            <w:tcW w:w="4082" w:type="dxa"/>
            <w:vAlign w:val="center"/>
          </w:tcPr>
          <w:p w14:paraId="3B571B4A" w14:textId="77777777" w:rsidR="0060550C" w:rsidRPr="00E564F5" w:rsidRDefault="00AB7E0E">
            <w:pPr>
              <w:spacing w:after="20"/>
              <w:rPr>
                <w:sz w:val="22"/>
              </w:rPr>
            </w:pPr>
            <w:r w:rsidRPr="00E564F5">
              <w:rPr>
                <w:sz w:val="22"/>
              </w:rPr>
              <w:t>Ort, Datum</w:t>
            </w:r>
          </w:p>
        </w:tc>
        <w:tc>
          <w:tcPr>
            <w:tcW w:w="4989" w:type="dxa"/>
            <w:vAlign w:val="center"/>
          </w:tcPr>
          <w:p w14:paraId="17BEAF04" w14:textId="77777777" w:rsidR="0060550C" w:rsidRPr="00E564F5" w:rsidRDefault="00AB7E0E">
            <w:pPr>
              <w:spacing w:after="20"/>
              <w:rPr>
                <w:sz w:val="22"/>
              </w:rPr>
            </w:pPr>
            <w:r w:rsidRPr="00E564F5">
              <w:rPr>
                <w:sz w:val="22"/>
              </w:rPr>
              <w:br/>
            </w:r>
          </w:p>
        </w:tc>
      </w:tr>
      <w:tr w:rsidR="0060550C" w:rsidRPr="00E564F5" w14:paraId="27B6A873" w14:textId="77777777">
        <w:trPr>
          <w:jc w:val="center"/>
        </w:trPr>
        <w:tc>
          <w:tcPr>
            <w:tcW w:w="4082" w:type="dxa"/>
            <w:vAlign w:val="center"/>
          </w:tcPr>
          <w:p w14:paraId="66D56C82" w14:textId="77777777" w:rsidR="0060550C" w:rsidRPr="00E564F5" w:rsidRDefault="00AB7E0E">
            <w:pPr>
              <w:spacing w:after="20"/>
              <w:rPr>
                <w:sz w:val="22"/>
                <w:lang w:val="de-DE"/>
              </w:rPr>
            </w:pPr>
            <w:r w:rsidRPr="00E564F5">
              <w:rPr>
                <w:sz w:val="22"/>
                <w:lang w:val="de-DE"/>
              </w:rPr>
              <w:t>Unterschrift der Kontaktperson / erziehungsberechtigten Person</w:t>
            </w:r>
          </w:p>
        </w:tc>
        <w:tc>
          <w:tcPr>
            <w:tcW w:w="4989" w:type="dxa"/>
            <w:vAlign w:val="center"/>
          </w:tcPr>
          <w:p w14:paraId="24B0A500" w14:textId="77777777" w:rsidR="0060550C" w:rsidRPr="00E564F5" w:rsidRDefault="00AB7E0E">
            <w:pPr>
              <w:spacing w:after="20"/>
              <w:rPr>
                <w:sz w:val="22"/>
                <w:lang w:val="de-DE"/>
              </w:rPr>
            </w:pPr>
            <w:r w:rsidRPr="00E564F5">
              <w:rPr>
                <w:sz w:val="22"/>
                <w:lang w:val="de-DE"/>
              </w:rPr>
              <w:br/>
            </w:r>
            <w:r w:rsidRPr="00E564F5">
              <w:rPr>
                <w:sz w:val="22"/>
                <w:lang w:val="de-DE"/>
              </w:rPr>
              <w:br/>
            </w:r>
          </w:p>
        </w:tc>
      </w:tr>
    </w:tbl>
    <w:p w14:paraId="25690724" w14:textId="6CEC902F" w:rsidR="0060550C" w:rsidRDefault="00AB7E0E">
      <w:pPr>
        <w:rPr>
          <w:sz w:val="22"/>
          <w:lang w:val="de-DE"/>
        </w:rPr>
      </w:pPr>
      <w:r w:rsidRPr="00E564F5">
        <w:rPr>
          <w:sz w:val="22"/>
          <w:lang w:val="de-DE"/>
        </w:rPr>
        <w:t xml:space="preserve">Rücksendung: Eselhof Nechern – Ralf und Heike Wulke · </w:t>
      </w:r>
      <w:hyperlink r:id="rId8" w:history="1">
        <w:r w:rsidR="00E564F5" w:rsidRPr="0093403B">
          <w:rPr>
            <w:rStyle w:val="Hyperlink"/>
            <w:sz w:val="22"/>
            <w:lang w:val="de-DE"/>
          </w:rPr>
          <w:t>eselhof-nechern@arcor.de</w:t>
        </w:r>
      </w:hyperlink>
    </w:p>
    <w:p w14:paraId="1F71CB65" w14:textId="6C437CF4" w:rsidR="00E564F5" w:rsidRDefault="00E564F5">
      <w:pPr>
        <w:rPr>
          <w:sz w:val="22"/>
          <w:lang w:val="de-DE"/>
        </w:rPr>
      </w:pPr>
    </w:p>
    <w:p w14:paraId="7AA1FB7E" w14:textId="77777777" w:rsidR="00E564F5" w:rsidRPr="00E564F5" w:rsidRDefault="00E564F5" w:rsidP="00E564F5">
      <w:pPr>
        <w:rPr>
          <w:b/>
          <w:bCs/>
          <w:sz w:val="22"/>
          <w:lang w:val="de-DE"/>
        </w:rPr>
      </w:pPr>
      <w:r w:rsidRPr="00E564F5">
        <w:rPr>
          <w:b/>
          <w:bCs/>
          <w:sz w:val="22"/>
          <w:lang w:val="de-DE"/>
        </w:rPr>
        <w:t xml:space="preserve">Einverständniserklärung und Haftungsverzicht bei minderjährigen Teilnehmern </w:t>
      </w:r>
    </w:p>
    <w:p w14:paraId="75C2D3CD" w14:textId="77777777" w:rsidR="00E564F5" w:rsidRDefault="00E564F5" w:rsidP="00E564F5">
      <w:pPr>
        <w:rPr>
          <w:sz w:val="22"/>
          <w:lang w:val="de-DE"/>
        </w:rPr>
      </w:pPr>
    </w:p>
    <w:p w14:paraId="5A929D95" w14:textId="6F7EFD28" w:rsidR="00E564F5" w:rsidRPr="00E564F5" w:rsidRDefault="00E564F5" w:rsidP="00E564F5">
      <w:pPr>
        <w:pStyle w:val="Listenabsatz"/>
        <w:numPr>
          <w:ilvl w:val="0"/>
          <w:numId w:val="10"/>
        </w:numPr>
        <w:rPr>
          <w:sz w:val="22"/>
          <w:lang w:val="de-DE"/>
        </w:rPr>
      </w:pPr>
      <w:r w:rsidRPr="00E564F5">
        <w:rPr>
          <w:sz w:val="22"/>
          <w:lang w:val="de-DE"/>
        </w:rPr>
        <w:t xml:space="preserve">Wir erklären für unseren Sohn / unsere Tochter folgenden Haftungsverzicht bzw. geben folgende weitergehende Erklärung ab: </w:t>
      </w:r>
    </w:p>
    <w:p w14:paraId="45B44A4D" w14:textId="2D0F2484" w:rsidR="00E564F5" w:rsidRPr="00E564F5" w:rsidRDefault="00E564F5" w:rsidP="00E564F5">
      <w:pPr>
        <w:pStyle w:val="Listenabsatz"/>
        <w:numPr>
          <w:ilvl w:val="0"/>
          <w:numId w:val="10"/>
        </w:numPr>
        <w:rPr>
          <w:sz w:val="22"/>
          <w:lang w:val="de-DE"/>
        </w:rPr>
      </w:pPr>
      <w:r w:rsidRPr="00E564F5">
        <w:rPr>
          <w:sz w:val="22"/>
          <w:lang w:val="de-DE"/>
        </w:rPr>
        <w:t xml:space="preserve">Wir sind damit einverstanden, dass wir im Zusammenhang mit der Durchführung der Veranstaltung die alleinige Verantwortung für die persönlichen Besitzgegenstände und die Ausrüstung unseres Kindes tragen. </w:t>
      </w:r>
    </w:p>
    <w:p w14:paraId="30933867" w14:textId="33A31520" w:rsidR="00E564F5" w:rsidRPr="00E564F5" w:rsidRDefault="00E564F5" w:rsidP="00E564F5">
      <w:pPr>
        <w:pStyle w:val="Listenabsatz"/>
        <w:numPr>
          <w:ilvl w:val="0"/>
          <w:numId w:val="10"/>
        </w:numPr>
        <w:rPr>
          <w:sz w:val="22"/>
          <w:lang w:val="de-DE"/>
        </w:rPr>
      </w:pPr>
      <w:r w:rsidRPr="00E564F5">
        <w:rPr>
          <w:sz w:val="22"/>
          <w:lang w:val="de-DE"/>
        </w:rPr>
        <w:t xml:space="preserve">Wir verzichten für uns und für unser Kind, sowie für etwaige Rechtsnachfolger im Falle des Verlusts oder der Beschädigung besagter Gegenstände gegenüber dem Veranstalter und dritten Personen auf Ersatz des entstandenen Schadens, sofern dieser nicht auf grobe Fahrlässigkeit oder Vorsatz des Veranstalters, seiner gesetzlichen Vertreter oder eines seiner Verrichtungsgehilfen zurückzuführen ist. </w:t>
      </w:r>
    </w:p>
    <w:p w14:paraId="1AE78563" w14:textId="2847DACC" w:rsidR="00E564F5" w:rsidRPr="00E564F5" w:rsidRDefault="00E564F5" w:rsidP="00E564F5">
      <w:pPr>
        <w:pStyle w:val="Listenabsatz"/>
        <w:numPr>
          <w:ilvl w:val="0"/>
          <w:numId w:val="10"/>
        </w:numPr>
        <w:rPr>
          <w:sz w:val="22"/>
          <w:lang w:val="de-DE"/>
        </w:rPr>
      </w:pPr>
      <w:r w:rsidRPr="00E564F5">
        <w:rPr>
          <w:sz w:val="22"/>
          <w:lang w:val="de-DE"/>
        </w:rPr>
        <w:t xml:space="preserve">Wir versichern, dass uns bekannt ist, dass die Teilnahme an der Veranstaltung mit gewissen Risiken verbunden ist. Sollten wir bzw. unser Kind dabei Sicherheits- oder Gesundheitsrisiken feststellen, sind wir bzw. ist es verpflichtet, den Veranstalter hierüber umgehend zu informieren. </w:t>
      </w:r>
    </w:p>
    <w:p w14:paraId="3EF4E2C2" w14:textId="22EBAC9D" w:rsidR="00E564F5" w:rsidRPr="00E564F5" w:rsidRDefault="00E564F5" w:rsidP="00E564F5">
      <w:pPr>
        <w:pStyle w:val="Listenabsatz"/>
        <w:numPr>
          <w:ilvl w:val="0"/>
          <w:numId w:val="10"/>
        </w:numPr>
        <w:rPr>
          <w:sz w:val="22"/>
          <w:lang w:val="de-DE"/>
        </w:rPr>
      </w:pPr>
      <w:r w:rsidRPr="00E564F5">
        <w:rPr>
          <w:sz w:val="22"/>
          <w:lang w:val="de-DE"/>
        </w:rPr>
        <w:t xml:space="preserve">Weiterhin versichern wir, dass unser Kind für die Teilnahme an der Veranstaltung über erforderliche Gesundheit verfügt und dass der Veranstalter über bestimmte Einschränkungen informiert ist. </w:t>
      </w:r>
    </w:p>
    <w:p w14:paraId="53AC045E" w14:textId="280A0196" w:rsidR="00E564F5" w:rsidRPr="00E564F5" w:rsidRDefault="00E564F5" w:rsidP="00E564F5">
      <w:pPr>
        <w:pStyle w:val="Listenabsatz"/>
        <w:numPr>
          <w:ilvl w:val="0"/>
          <w:numId w:val="10"/>
        </w:numPr>
        <w:rPr>
          <w:sz w:val="22"/>
          <w:lang w:val="de-DE"/>
        </w:rPr>
      </w:pPr>
      <w:r w:rsidRPr="00E564F5">
        <w:rPr>
          <w:sz w:val="22"/>
          <w:lang w:val="de-DE"/>
        </w:rPr>
        <w:t xml:space="preserve">Wir erklären uns ausdrücklich damit einverstanden, dass unser Kind medizinisch behandelt werden darf, wenn dies bei Auftreten von Verletzungen, im Falle eines Unfalls und /oder bei Erkrankung im Verlauf der Veranstaltung notwendig sein sollte. Medizinische Dienstleistungen </w:t>
      </w:r>
      <w:r w:rsidRPr="00E564F5">
        <w:rPr>
          <w:sz w:val="22"/>
          <w:lang w:val="de-DE"/>
        </w:rPr>
        <w:lastRenderedPageBreak/>
        <w:t xml:space="preserve">sind im Veranstaltungsbetrag NICHT inbegriffen. Wir versichern hiermit, dass unser Kind über eine entsprechende Krankenversicherung verfügt. </w:t>
      </w:r>
    </w:p>
    <w:p w14:paraId="09306677" w14:textId="16E57A81" w:rsidR="00E564F5" w:rsidRPr="00E564F5" w:rsidRDefault="00E564F5" w:rsidP="00E564F5">
      <w:pPr>
        <w:pStyle w:val="Listenabsatz"/>
        <w:numPr>
          <w:ilvl w:val="0"/>
          <w:numId w:val="10"/>
        </w:numPr>
        <w:rPr>
          <w:sz w:val="22"/>
          <w:lang w:val="de-DE"/>
        </w:rPr>
      </w:pPr>
      <w:r w:rsidRPr="00E564F5">
        <w:rPr>
          <w:sz w:val="22"/>
          <w:lang w:val="de-DE"/>
        </w:rPr>
        <w:t xml:space="preserve">Wir befreien den Veranstalter sowie deren gesetzliche Vertreter und </w:t>
      </w:r>
      <w:proofErr w:type="gramStart"/>
      <w:r w:rsidRPr="00E564F5">
        <w:rPr>
          <w:sz w:val="22"/>
          <w:lang w:val="de-DE"/>
        </w:rPr>
        <w:t>deren  Verrichtungsgehilfen</w:t>
      </w:r>
      <w:proofErr w:type="gramEnd"/>
      <w:r w:rsidRPr="00E564F5">
        <w:rPr>
          <w:sz w:val="22"/>
          <w:lang w:val="de-DE"/>
        </w:rPr>
        <w:t xml:space="preserve"> von sämtlichen Haftungsansprüchen, sofern diese nicht über den bestehenden Versicherungsschutz gedeckt sind. Dies gilt nicht für Schäden, die auf grob fahrlässiges oder vorsätzliches Handeln des Veranstalters, seiner gesetzlichen Vertreter oder seiner Verrichtungsgehilfen zurückzuführen sind. </w:t>
      </w:r>
    </w:p>
    <w:p w14:paraId="20D78E51" w14:textId="22A447D9" w:rsidR="00E564F5" w:rsidRPr="00E564F5" w:rsidRDefault="00E564F5" w:rsidP="00E564F5">
      <w:pPr>
        <w:pStyle w:val="Listenabsatz"/>
        <w:numPr>
          <w:ilvl w:val="0"/>
          <w:numId w:val="10"/>
        </w:numPr>
        <w:rPr>
          <w:sz w:val="22"/>
          <w:lang w:val="de-DE"/>
        </w:rPr>
      </w:pPr>
      <w:r w:rsidRPr="00E564F5">
        <w:rPr>
          <w:sz w:val="22"/>
          <w:lang w:val="de-DE"/>
        </w:rPr>
        <w:t xml:space="preserve">Wir befreien den Veranstalter, deren gesetzliche Vertreter sowie deren Verrichtungsgehilfen von jeglicher Haftung gegenüber Dritten, soweit diese Dritten Schäden in Folge der Teilnahme unseres Kindes während oder im Zusammenhang mit der Veranstaltung erleiden. </w:t>
      </w:r>
    </w:p>
    <w:p w14:paraId="741D919A" w14:textId="244279DD" w:rsidR="00E564F5" w:rsidRDefault="00E564F5" w:rsidP="00E564F5">
      <w:pPr>
        <w:pStyle w:val="Listenabsatz"/>
        <w:numPr>
          <w:ilvl w:val="0"/>
          <w:numId w:val="10"/>
        </w:numPr>
        <w:rPr>
          <w:sz w:val="22"/>
          <w:lang w:val="de-DE"/>
        </w:rPr>
      </w:pPr>
      <w:r w:rsidRPr="00E564F5">
        <w:rPr>
          <w:sz w:val="22"/>
          <w:lang w:val="de-DE"/>
        </w:rPr>
        <w:t xml:space="preserve">Hiermit erkläre ich </w:t>
      </w:r>
      <w:r>
        <w:rPr>
          <w:sz w:val="22"/>
          <w:lang w:val="de-DE"/>
        </w:rPr>
        <w:t>mich einverstanden,</w:t>
      </w:r>
      <w:r w:rsidRPr="00E564F5">
        <w:rPr>
          <w:sz w:val="22"/>
          <w:lang w:val="de-DE"/>
        </w:rPr>
        <w:t xml:space="preserve"> dass Fotos von unserem Kind auf der Internet- und Facebookseite von Noteselhilfe e.V., veröffentlicht werden. Mir ist bekannt, dass ich für die Veröffentlichung kein Entgelt erhalte. Sie kann nur bei Vorliegen eines wichtigen Grundes widerrufen werden. Der Betreiber/Verantwortliche der oben genannten Website haftet nicht dafür, dass Dritte ohne Wissen des Betreibers/Verantwortlichen den Inhalt der genannten Website für weitere Zwecke nutzen, so insbesondere auch durch das Herunterladen und/oder Kopieren von Fotos.  Der Betreiber/Verantwortliche sichert zu, dass ohne Zustimmung des Unterzeichnenden Rechte an den in das Internet eingestellten Fotos nicht an Dritte veräußert, abgetreten usw. werden.</w:t>
      </w:r>
    </w:p>
    <w:p w14:paraId="2549DF31" w14:textId="62AF8CDF" w:rsidR="00E564F5" w:rsidRDefault="00E564F5" w:rsidP="00E564F5">
      <w:pPr>
        <w:ind w:left="360"/>
        <w:rPr>
          <w:sz w:val="22"/>
          <w:lang w:val="de-DE"/>
        </w:rPr>
      </w:pPr>
    </w:p>
    <w:p w14:paraId="03BC41D3" w14:textId="11D68406" w:rsidR="00E564F5" w:rsidRDefault="00E564F5" w:rsidP="00E564F5">
      <w:pPr>
        <w:ind w:left="360"/>
        <w:rPr>
          <w:sz w:val="22"/>
          <w:lang w:val="de-DE"/>
        </w:rPr>
      </w:pPr>
      <w:r w:rsidRPr="00E564F5">
        <w:rPr>
          <w:sz w:val="22"/>
          <w:lang w:val="de-DE"/>
        </w:rPr>
        <w:t>Ich</w:t>
      </w:r>
      <w:r>
        <w:rPr>
          <w:sz w:val="22"/>
          <w:lang w:val="de-DE"/>
        </w:rPr>
        <w:t xml:space="preserve"> </w:t>
      </w:r>
      <w:r w:rsidRPr="00E564F5">
        <w:rPr>
          <w:sz w:val="22"/>
          <w:lang w:val="de-DE"/>
        </w:rPr>
        <w:t>versichere, dass ich über die Risiken und Richtlinien der Teilnahme an o.g. Veranstaltung ausreichend informiert wurde und erkläre mich damit einverstanden.</w:t>
      </w:r>
    </w:p>
    <w:p w14:paraId="6D939CA3" w14:textId="52ED1DD6" w:rsidR="00E564F5" w:rsidRDefault="00E564F5" w:rsidP="00E564F5">
      <w:pPr>
        <w:ind w:left="360"/>
        <w:rPr>
          <w:sz w:val="22"/>
          <w:lang w:val="de-DE"/>
        </w:rPr>
      </w:pPr>
    </w:p>
    <w:p w14:paraId="6D9E880F" w14:textId="77777777" w:rsidR="00E564F5" w:rsidRDefault="00E564F5" w:rsidP="00E564F5">
      <w:pPr>
        <w:ind w:left="360"/>
        <w:rPr>
          <w:sz w:val="22"/>
          <w:lang w:val="de-DE"/>
        </w:rPr>
      </w:pPr>
    </w:p>
    <w:p w14:paraId="7D65C963" w14:textId="44EBE163" w:rsidR="00E564F5" w:rsidRDefault="00E564F5" w:rsidP="00E564F5">
      <w:pPr>
        <w:ind w:left="360"/>
        <w:rPr>
          <w:sz w:val="22"/>
          <w:lang w:val="de-DE"/>
        </w:rPr>
      </w:pPr>
    </w:p>
    <w:p w14:paraId="283267B6" w14:textId="30C1754E" w:rsidR="00E564F5" w:rsidRDefault="00E564F5" w:rsidP="00E564F5">
      <w:pPr>
        <w:ind w:left="360"/>
        <w:rPr>
          <w:sz w:val="22"/>
          <w:lang w:val="de-DE"/>
        </w:rPr>
      </w:pPr>
    </w:p>
    <w:p w14:paraId="1615C0D3" w14:textId="77777777" w:rsidR="00E564F5" w:rsidRPr="00E564F5" w:rsidRDefault="00E564F5" w:rsidP="00E564F5">
      <w:pPr>
        <w:ind w:left="360"/>
        <w:rPr>
          <w:sz w:val="22"/>
          <w:lang w:val="de-DE"/>
        </w:rPr>
      </w:pPr>
      <w:r w:rsidRPr="00E564F5">
        <w:rPr>
          <w:sz w:val="22"/>
          <w:lang w:val="de-DE"/>
        </w:rPr>
        <w:t>____________________________</w:t>
      </w:r>
      <w:r w:rsidRPr="00E564F5">
        <w:rPr>
          <w:sz w:val="22"/>
          <w:lang w:val="de-DE"/>
        </w:rPr>
        <w:tab/>
      </w:r>
      <w:r w:rsidRPr="00E564F5">
        <w:rPr>
          <w:sz w:val="22"/>
          <w:lang w:val="de-DE"/>
        </w:rPr>
        <w:tab/>
        <w:t>_________________________________</w:t>
      </w:r>
    </w:p>
    <w:p w14:paraId="5B931772" w14:textId="77777777" w:rsidR="00E564F5" w:rsidRPr="00E564F5" w:rsidRDefault="00E564F5" w:rsidP="00E564F5">
      <w:pPr>
        <w:ind w:left="360"/>
        <w:rPr>
          <w:sz w:val="22"/>
          <w:lang w:val="de-DE"/>
        </w:rPr>
      </w:pPr>
    </w:p>
    <w:p w14:paraId="08BDF00E" w14:textId="34F7647B" w:rsidR="00E564F5" w:rsidRPr="00E564F5" w:rsidRDefault="00E564F5" w:rsidP="00E564F5">
      <w:pPr>
        <w:ind w:left="360"/>
        <w:rPr>
          <w:sz w:val="22"/>
          <w:lang w:val="de-DE"/>
        </w:rPr>
      </w:pPr>
      <w:r w:rsidRPr="00E564F5">
        <w:rPr>
          <w:sz w:val="22"/>
          <w:lang w:val="de-DE"/>
        </w:rPr>
        <w:t>Ort und Datum                                                           Unterschrift der Erziehungsberechtigten</w:t>
      </w:r>
    </w:p>
    <w:sectPr w:rsidR="00E564F5" w:rsidRPr="00E564F5" w:rsidSect="00034616">
      <w:footerReference w:type="default" r:id="rId9"/>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1D153" w14:textId="77777777" w:rsidR="00AB7E0E" w:rsidRDefault="00AB7E0E">
      <w:pPr>
        <w:spacing w:after="0"/>
      </w:pPr>
      <w:r>
        <w:separator/>
      </w:r>
    </w:p>
  </w:endnote>
  <w:endnote w:type="continuationSeparator" w:id="0">
    <w:p w14:paraId="4AD4505A" w14:textId="77777777" w:rsidR="00AB7E0E" w:rsidRDefault="00AB7E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DFC35" w14:textId="77777777" w:rsidR="0060550C" w:rsidRDefault="00AB7E0E">
    <w:pPr>
      <w:pStyle w:val="Fuzeile"/>
      <w:jc w:val="center"/>
    </w:pPr>
    <w:r>
      <w:t xml:space="preserve">Eselzeit 2027 · </w:t>
    </w:r>
    <w:r>
      <w:t>Anmeldeformular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2B5D1" w14:textId="77777777" w:rsidR="00AB7E0E" w:rsidRDefault="00AB7E0E">
      <w:pPr>
        <w:spacing w:after="0"/>
      </w:pPr>
      <w:r>
        <w:separator/>
      </w:r>
    </w:p>
  </w:footnote>
  <w:footnote w:type="continuationSeparator" w:id="0">
    <w:p w14:paraId="654F5EE8" w14:textId="77777777" w:rsidR="00AB7E0E" w:rsidRDefault="00AB7E0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2B03CA7"/>
    <w:multiLevelType w:val="hybridMultilevel"/>
    <w:tmpl w:val="294A4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550C"/>
    <w:rsid w:val="00AA1D8D"/>
    <w:rsid w:val="00AB7E0E"/>
    <w:rsid w:val="00B47730"/>
    <w:rsid w:val="00CB0664"/>
    <w:rsid w:val="00E564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E75B0"/>
  <w14:defaultImageDpi w14:val="300"/>
  <w15:docId w15:val="{E731CF45-27EA-4CD6-BF1A-0ED67B5C8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60" w:line="240" w:lineRule="auto"/>
    </w:pPr>
    <w:rPr>
      <w:rFonts w:ascii="Arial" w:hAnsi="Arial"/>
      <w:sz w:val="19"/>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E564F5"/>
    <w:rPr>
      <w:color w:val="0000FF" w:themeColor="hyperlink"/>
      <w:u w:val="single"/>
    </w:rPr>
  </w:style>
  <w:style w:type="character" w:styleId="NichtaufgelsteErwhnung">
    <w:name w:val="Unresolved Mention"/>
    <w:basedOn w:val="Absatz-Standardschriftart"/>
    <w:uiPriority w:val="99"/>
    <w:semiHidden/>
    <w:unhideWhenUsed/>
    <w:rsid w:val="00E56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elhof-nechern@arcor.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Heike Wulke</cp:lastModifiedBy>
  <cp:revision>2</cp:revision>
  <dcterms:created xsi:type="dcterms:W3CDTF">2013-12-23T23:15:00Z</dcterms:created>
  <dcterms:modified xsi:type="dcterms:W3CDTF">2026-10-14T07:12:00Z</dcterms:modified>
  <cp:category/>
</cp:coreProperties>
</file>